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E91590" w14:textId="77777777" w:rsidR="00A0760D" w:rsidRDefault="00EE70F5">
      <w:pPr>
        <w:pStyle w:val="Title"/>
      </w:pPr>
      <w:r>
        <w:t>Mobile App Design – Requirements &amp; Wireframes</w:t>
      </w:r>
    </w:p>
    <w:p w14:paraId="7DED22EE" w14:textId="77777777" w:rsidR="00A0760D" w:rsidRDefault="00EE70F5">
      <w:pPr>
        <w:pStyle w:val="Heading1"/>
      </w:pPr>
      <w:r>
        <w:t>Scenario</w:t>
      </w:r>
    </w:p>
    <w:p w14:paraId="0D61FAC7" w14:textId="77777777" w:rsidR="00A0760D" w:rsidRDefault="00EE70F5">
      <w:r>
        <w:t>You have been asked to design a mobile app for students to record exercise activity, track progress with GPS, and share achievements with friends. The app should be easy to use, visually clear, and make good use of mobile device functions.</w:t>
      </w:r>
    </w:p>
    <w:p w14:paraId="02DE5094" w14:textId="77777777" w:rsidR="00A0760D" w:rsidRDefault="00EE70F5">
      <w:pPr>
        <w:pStyle w:val="Heading1"/>
      </w:pPr>
      <w:r>
        <w:t>Requirements Grid</w:t>
      </w:r>
    </w:p>
    <w:tbl>
      <w:tblPr>
        <w:tblStyle w:val="TableGrid"/>
        <w:tblW w:w="0" w:type="auto"/>
        <w:tblLook w:val="04A0" w:firstRow="1" w:lastRow="0" w:firstColumn="1" w:lastColumn="0" w:noHBand="0" w:noVBand="1"/>
      </w:tblPr>
      <w:tblGrid>
        <w:gridCol w:w="4320"/>
        <w:gridCol w:w="4320"/>
      </w:tblGrid>
      <w:tr w:rsidR="00A0760D" w14:paraId="6FD7DDFC" w14:textId="77777777">
        <w:tc>
          <w:tcPr>
            <w:tcW w:w="4320" w:type="dxa"/>
          </w:tcPr>
          <w:p w14:paraId="25C5FEA8" w14:textId="77777777" w:rsidR="00A0760D" w:rsidRDefault="00EE70F5">
            <w:r>
              <w:t>Requirement Type</w:t>
            </w:r>
          </w:p>
        </w:tc>
        <w:tc>
          <w:tcPr>
            <w:tcW w:w="4320" w:type="dxa"/>
          </w:tcPr>
          <w:p w14:paraId="37C7320D" w14:textId="77777777" w:rsidR="00A0760D" w:rsidRDefault="00EE70F5">
            <w:r>
              <w:t>Details</w:t>
            </w:r>
          </w:p>
        </w:tc>
      </w:tr>
      <w:tr w:rsidR="00A0760D" w14:paraId="7CF489A5" w14:textId="77777777">
        <w:tc>
          <w:tcPr>
            <w:tcW w:w="4320" w:type="dxa"/>
          </w:tcPr>
          <w:p w14:paraId="476BEE67" w14:textId="77777777" w:rsidR="00A0760D" w:rsidRDefault="00EE70F5">
            <w:r>
              <w:t>Inputs</w:t>
            </w:r>
          </w:p>
        </w:tc>
        <w:tc>
          <w:tcPr>
            <w:tcW w:w="4320" w:type="dxa"/>
          </w:tcPr>
          <w:p w14:paraId="12A5C7F4" w14:textId="77777777" w:rsidR="00A0760D" w:rsidRDefault="00EE70F5">
            <w:r>
              <w:t xml:space="preserve"> </w:t>
            </w:r>
          </w:p>
        </w:tc>
      </w:tr>
      <w:tr w:rsidR="00A0760D" w14:paraId="43BD7841" w14:textId="77777777">
        <w:tc>
          <w:tcPr>
            <w:tcW w:w="4320" w:type="dxa"/>
          </w:tcPr>
          <w:p w14:paraId="4C516D03" w14:textId="77777777" w:rsidR="00A0760D" w:rsidRDefault="00EE70F5">
            <w:r>
              <w:t>Outputs</w:t>
            </w:r>
          </w:p>
        </w:tc>
        <w:tc>
          <w:tcPr>
            <w:tcW w:w="4320" w:type="dxa"/>
          </w:tcPr>
          <w:p w14:paraId="6ACFDF7C" w14:textId="77777777" w:rsidR="00A0760D" w:rsidRDefault="00EE70F5">
            <w:r>
              <w:t xml:space="preserve"> </w:t>
            </w:r>
          </w:p>
        </w:tc>
      </w:tr>
      <w:tr w:rsidR="00A0760D" w14:paraId="44496E45" w14:textId="77777777">
        <w:tc>
          <w:tcPr>
            <w:tcW w:w="4320" w:type="dxa"/>
          </w:tcPr>
          <w:p w14:paraId="56BB3825" w14:textId="77777777" w:rsidR="00A0760D" w:rsidRDefault="00EE70F5">
            <w:r>
              <w:t>Device Functions</w:t>
            </w:r>
          </w:p>
        </w:tc>
        <w:tc>
          <w:tcPr>
            <w:tcW w:w="4320" w:type="dxa"/>
          </w:tcPr>
          <w:p w14:paraId="6765B7CF" w14:textId="77777777" w:rsidR="00A0760D" w:rsidRDefault="00EE70F5">
            <w:r>
              <w:t xml:space="preserve"> </w:t>
            </w:r>
          </w:p>
        </w:tc>
      </w:tr>
      <w:tr w:rsidR="00A0760D" w14:paraId="22AE648B" w14:textId="77777777">
        <w:tc>
          <w:tcPr>
            <w:tcW w:w="4320" w:type="dxa"/>
          </w:tcPr>
          <w:p w14:paraId="50182063" w14:textId="77777777" w:rsidR="00A0760D" w:rsidRDefault="00EE70F5">
            <w:r>
              <w:t>User Needs</w:t>
            </w:r>
          </w:p>
        </w:tc>
        <w:tc>
          <w:tcPr>
            <w:tcW w:w="4320" w:type="dxa"/>
          </w:tcPr>
          <w:p w14:paraId="489F4F34" w14:textId="77777777" w:rsidR="00A0760D" w:rsidRDefault="00EE70F5">
            <w:r>
              <w:t xml:space="preserve"> </w:t>
            </w:r>
          </w:p>
        </w:tc>
      </w:tr>
    </w:tbl>
    <w:p w14:paraId="1753FC7E" w14:textId="44310BCF" w:rsidR="00A0760D" w:rsidRDefault="00EE70F5">
      <w:pPr>
        <w:pStyle w:val="Heading1"/>
      </w:pPr>
      <w:r>
        <w:t>Wireframe Sketch</w:t>
      </w:r>
    </w:p>
    <w:p w14:paraId="0C0A3901" w14:textId="08140E66" w:rsidR="00A0760D" w:rsidRDefault="00EE70F5">
      <w:r>
        <w:t xml:space="preserve">Use the space below </w:t>
      </w:r>
      <w:r>
        <w:t>to sketch wireframes for at least three screens:</w:t>
      </w:r>
    </w:p>
    <w:p w14:paraId="7F399CEC" w14:textId="77777777" w:rsidR="00A0760D" w:rsidRDefault="00EE70F5">
      <w:r>
        <w:t>- Home/Dashboard screen</w:t>
      </w:r>
      <w:r>
        <w:br/>
        <w:t>- Activity Tracking screen</w:t>
      </w:r>
      <w:r>
        <w:br/>
        <w:t>- Profile/Progress screen</w:t>
      </w:r>
    </w:p>
    <w:p w14:paraId="60460776" w14:textId="77777777" w:rsidR="00A0760D" w:rsidRDefault="00EE70F5">
      <w:r>
        <w:rPr>
          <w:noProof/>
        </w:rPr>
        <w:drawing>
          <wp:inline distT="0" distB="0" distL="0" distR="0" wp14:anchorId="79993246" wp14:editId="6D4DA4B5">
            <wp:extent cx="2698750" cy="4048125"/>
            <wp:effectExtent l="0" t="0" r="635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wireframe-style_wireframe_displays_four_black-an.png"/>
                    <pic:cNvPicPr/>
                  </pic:nvPicPr>
                  <pic:blipFill>
                    <a:blip r:embed="rId6"/>
                    <a:stretch>
                      <a:fillRect/>
                    </a:stretch>
                  </pic:blipFill>
                  <pic:spPr>
                    <a:xfrm>
                      <a:off x="0" y="0"/>
                      <a:ext cx="2699748" cy="4049622"/>
                    </a:xfrm>
                    <a:prstGeom prst="rect">
                      <a:avLst/>
                    </a:prstGeom>
                  </pic:spPr>
                </pic:pic>
              </a:graphicData>
            </a:graphic>
          </wp:inline>
        </w:drawing>
      </w:r>
    </w:p>
    <w:sectPr w:rsidR="00A0760D" w:rsidSect="00EE70F5">
      <w:pgSz w:w="12240" w:h="15840"/>
      <w:pgMar w:top="709" w:right="850" w:bottom="709" w:left="8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860119634">
    <w:abstractNumId w:val="8"/>
  </w:num>
  <w:num w:numId="2" w16cid:durableId="1126193761">
    <w:abstractNumId w:val="6"/>
  </w:num>
  <w:num w:numId="3" w16cid:durableId="1108886054">
    <w:abstractNumId w:val="5"/>
  </w:num>
  <w:num w:numId="4" w16cid:durableId="530656296">
    <w:abstractNumId w:val="4"/>
  </w:num>
  <w:num w:numId="5" w16cid:durableId="278609716">
    <w:abstractNumId w:val="7"/>
  </w:num>
  <w:num w:numId="6" w16cid:durableId="1882937232">
    <w:abstractNumId w:val="3"/>
  </w:num>
  <w:num w:numId="7" w16cid:durableId="681510191">
    <w:abstractNumId w:val="2"/>
  </w:num>
  <w:num w:numId="8" w16cid:durableId="1989746757">
    <w:abstractNumId w:val="1"/>
  </w:num>
  <w:num w:numId="9" w16cid:durableId="233012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A0760D"/>
    <w:rsid w:val="00AA1D8D"/>
    <w:rsid w:val="00B47730"/>
    <w:rsid w:val="00CB0664"/>
    <w:rsid w:val="00E01F2B"/>
    <w:rsid w:val="00EE70F5"/>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2561CF"/>
  <w14:defaultImageDpi w14:val="330"/>
  <w15:docId w15:val="{E8BA5DD2-CD3C-4D9F-B136-F9378ECFC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Trebuchet MS" w:hAnsi="Trebuchet MS"/>
    </w:rPr>
  </w:style>
  <w:style w:type="paragraph" w:styleId="Heading1">
    <w:name w:val="heading 1"/>
    <w:basedOn w:val="Normal"/>
    <w:next w:val="Normal"/>
    <w:link w:val="Heading1Char"/>
    <w:uiPriority w:val="9"/>
    <w:qFormat/>
    <w:rsid w:val="00FC693F"/>
    <w:pPr>
      <w:keepNext/>
      <w:keepLines/>
      <w:spacing w:before="480" w:after="0"/>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eastAsiaTheme="majorEastAsia" w:cstheme="majorBidi"/>
      <w:b/>
      <w:bCs/>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rPr>
      <w:rFonts w:ascii="Trebuchet MS" w:hAnsi="Trebuchet MS"/>
    </w:rPr>
  </w:style>
  <w:style w:type="character" w:customStyle="1" w:styleId="Heading1Char">
    <w:name w:val="Heading 1 Char"/>
    <w:basedOn w:val="DefaultParagraphFont"/>
    <w:link w:val="Heading1"/>
    <w:uiPriority w:val="9"/>
    <w:rsid w:val="00FC693F"/>
    <w:rPr>
      <w:rFonts w:ascii="Trebuchet MS" w:eastAsiaTheme="majorEastAsia" w:hAnsi="Trebuchet MS" w:cstheme="majorBidi"/>
      <w:b/>
      <w:bCs/>
      <w:sz w:val="28"/>
      <w:szCs w:val="28"/>
    </w:rPr>
  </w:style>
  <w:style w:type="character" w:customStyle="1" w:styleId="Heading2Char">
    <w:name w:val="Heading 2 Char"/>
    <w:basedOn w:val="DefaultParagraphFont"/>
    <w:link w:val="Heading2"/>
    <w:uiPriority w:val="9"/>
    <w:rsid w:val="00FC693F"/>
    <w:rPr>
      <w:rFonts w:ascii="Trebuchet MS" w:eastAsiaTheme="majorEastAsia" w:hAnsi="Trebuchet MS" w:cstheme="majorBidi"/>
      <w:b/>
      <w:bCs/>
      <w:sz w:val="26"/>
      <w:szCs w:val="26"/>
    </w:rPr>
  </w:style>
  <w:style w:type="character" w:customStyle="1" w:styleId="Heading3Char">
    <w:name w:val="Heading 3 Char"/>
    <w:basedOn w:val="DefaultParagraphFont"/>
    <w:link w:val="Heading3"/>
    <w:uiPriority w:val="9"/>
    <w:rsid w:val="00FC693F"/>
    <w:rPr>
      <w:rFonts w:ascii="Trebuchet MS" w:eastAsiaTheme="majorEastAsia" w:hAnsi="Trebuchet MS" w:cstheme="majorBidi"/>
      <w:b/>
      <w:bCs/>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FC693F"/>
    <w:rPr>
      <w:rFonts w:ascii="Trebuchet MS" w:eastAsiaTheme="majorEastAsia" w:hAnsi="Trebuchet MS" w:cstheme="majorBidi"/>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rebuchet MS" w:eastAsiaTheme="majorEastAsia" w:hAnsi="Trebuchet MS" w:cstheme="majorBidi"/>
      <w:b/>
      <w:bCs/>
      <w:i/>
      <w:iCs/>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83</Words>
  <Characters>476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Simon Rundell</cp:lastModifiedBy>
  <cp:revision>2</cp:revision>
  <dcterms:created xsi:type="dcterms:W3CDTF">2025-09-20T21:02:00Z</dcterms:created>
  <dcterms:modified xsi:type="dcterms:W3CDTF">2025-09-20T21:02:00Z</dcterms:modified>
  <cp:category/>
</cp:coreProperties>
</file>