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8D4AC" w14:textId="5FAAD4AD" w:rsidR="000B0EE8" w:rsidRDefault="00BB67CC" w:rsidP="00BB67CC">
      <w:pPr>
        <w:pStyle w:val="Title"/>
      </w:pPr>
      <w:r>
        <w:t xml:space="preserve">Programming Language Explorer </w:t>
      </w:r>
      <w:r w:rsidR="00E66FB9">
        <w:t>Answers</w:t>
      </w:r>
    </w:p>
    <w:p w14:paraId="0E139E1C" w14:textId="77777777" w:rsidR="000B0EE8" w:rsidRDefault="00BB67CC">
      <w:r>
        <w:t>In pairs, choose one programming language from the list below. Research the following questions and record your findings:</w:t>
      </w:r>
    </w:p>
    <w:p w14:paraId="21A54C10" w14:textId="57FAEF9D" w:rsidR="000B0EE8" w:rsidRDefault="00BB67CC" w:rsidP="00BB67CC">
      <w:pPr>
        <w:pStyle w:val="ListParagraph"/>
        <w:numPr>
          <w:ilvl w:val="0"/>
          <w:numId w:val="11"/>
        </w:numPr>
      </w:pPr>
      <w:r>
        <w:t>What is it used for?</w:t>
      </w:r>
    </w:p>
    <w:p w14:paraId="5D63C044" w14:textId="729D95EE" w:rsidR="000B0EE8" w:rsidRDefault="00BB67CC" w:rsidP="00BB67CC">
      <w:pPr>
        <w:pStyle w:val="ListParagraph"/>
        <w:numPr>
          <w:ilvl w:val="0"/>
          <w:numId w:val="11"/>
        </w:numPr>
      </w:pPr>
      <w:r>
        <w:t>Is it compiled or interpreted?</w:t>
      </w:r>
    </w:p>
    <w:p w14:paraId="56D3C69B" w14:textId="52341DAC" w:rsidR="000B0EE8" w:rsidRDefault="00BB67CC" w:rsidP="00BB67CC">
      <w:pPr>
        <w:pStyle w:val="ListParagraph"/>
        <w:numPr>
          <w:ilvl w:val="0"/>
          <w:numId w:val="11"/>
        </w:numPr>
      </w:pPr>
      <w:r>
        <w:t>Find and write out a 'Hello World' example.</w:t>
      </w:r>
    </w:p>
    <w:p w14:paraId="1A2BB496" w14:textId="77777777" w:rsidR="00BB67CC" w:rsidRDefault="00BB67CC"/>
    <w:p w14:paraId="15771EFF" w14:textId="44E82DA4" w:rsidR="000B0EE8" w:rsidRDefault="00BB67CC">
      <w:r>
        <w:t>Record your results in OneNote or complete this worksheet.</w:t>
      </w:r>
      <w:r>
        <w:br/>
      </w:r>
    </w:p>
    <w:tbl>
      <w:tblPr>
        <w:tblStyle w:val="ColorfulGrid-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1910"/>
        <w:gridCol w:w="1697"/>
        <w:gridCol w:w="4796"/>
      </w:tblGrid>
      <w:tr w:rsidR="000B0EE8" w:rsidRPr="00BB67CC" w14:paraId="1FBB792B" w14:textId="77777777" w:rsidTr="005164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5ECEBB0" w14:textId="77777777" w:rsidR="000B0EE8" w:rsidRPr="00BB67CC" w:rsidRDefault="00BB67CC">
            <w:pPr>
              <w:rPr>
                <w:sz w:val="26"/>
                <w:szCs w:val="26"/>
              </w:rPr>
            </w:pPr>
            <w:r w:rsidRPr="00BB67CC">
              <w:rPr>
                <w:sz w:val="26"/>
                <w:szCs w:val="26"/>
              </w:rPr>
              <w:t>Language</w:t>
            </w:r>
          </w:p>
        </w:tc>
        <w:tc>
          <w:tcPr>
            <w:tcW w:w="1917" w:type="dxa"/>
          </w:tcPr>
          <w:p w14:paraId="3D1A8A9E" w14:textId="77777777" w:rsidR="000B0EE8" w:rsidRPr="00BB67CC" w:rsidRDefault="00BB67CC">
            <w:pPr>
              <w:cnfStyle w:val="100000000000" w:firstRow="1" w:lastRow="0" w:firstColumn="0" w:lastColumn="0" w:oddVBand="0" w:evenVBand="0" w:oddHBand="0" w:evenHBand="0" w:firstRowFirstColumn="0" w:firstRowLastColumn="0" w:lastRowFirstColumn="0" w:lastRowLastColumn="0"/>
              <w:rPr>
                <w:sz w:val="26"/>
                <w:szCs w:val="26"/>
              </w:rPr>
            </w:pPr>
            <w:r w:rsidRPr="00BB67CC">
              <w:rPr>
                <w:sz w:val="26"/>
                <w:szCs w:val="26"/>
              </w:rPr>
              <w:t>Typical Use</w:t>
            </w:r>
          </w:p>
        </w:tc>
        <w:tc>
          <w:tcPr>
            <w:tcW w:w="1701" w:type="dxa"/>
          </w:tcPr>
          <w:p w14:paraId="3E449468" w14:textId="77777777" w:rsidR="000B0EE8" w:rsidRPr="00BB67CC" w:rsidRDefault="00BB67CC">
            <w:pPr>
              <w:cnfStyle w:val="100000000000" w:firstRow="1" w:lastRow="0" w:firstColumn="0" w:lastColumn="0" w:oddVBand="0" w:evenVBand="0" w:oddHBand="0" w:evenHBand="0" w:firstRowFirstColumn="0" w:firstRowLastColumn="0" w:lastRowFirstColumn="0" w:lastRowLastColumn="0"/>
              <w:rPr>
                <w:sz w:val="26"/>
                <w:szCs w:val="26"/>
              </w:rPr>
            </w:pPr>
            <w:r w:rsidRPr="00BB67CC">
              <w:rPr>
                <w:sz w:val="26"/>
                <w:szCs w:val="26"/>
              </w:rPr>
              <w:t>Compiled / Interpreted</w:t>
            </w:r>
          </w:p>
        </w:tc>
        <w:tc>
          <w:tcPr>
            <w:tcW w:w="4820" w:type="dxa"/>
          </w:tcPr>
          <w:p w14:paraId="67FE3EC8" w14:textId="77777777" w:rsidR="000B0EE8" w:rsidRPr="00BB67CC" w:rsidRDefault="00BB67CC">
            <w:pPr>
              <w:cnfStyle w:val="100000000000" w:firstRow="1" w:lastRow="0" w:firstColumn="0" w:lastColumn="0" w:oddVBand="0" w:evenVBand="0" w:oddHBand="0" w:evenHBand="0" w:firstRowFirstColumn="0" w:firstRowLastColumn="0" w:lastRowFirstColumn="0" w:lastRowLastColumn="0"/>
              <w:rPr>
                <w:sz w:val="26"/>
                <w:szCs w:val="26"/>
              </w:rPr>
            </w:pPr>
            <w:r w:rsidRPr="00BB67CC">
              <w:rPr>
                <w:sz w:val="26"/>
                <w:szCs w:val="26"/>
              </w:rPr>
              <w:t>Hello World Example</w:t>
            </w:r>
          </w:p>
        </w:tc>
      </w:tr>
      <w:tr w:rsidR="000B0EE8" w:rsidRPr="00BB67CC" w14:paraId="748C83AD" w14:textId="77777777" w:rsidTr="00516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624196B" w14:textId="77777777" w:rsidR="000B0EE8" w:rsidRPr="00BB67CC" w:rsidRDefault="00BB67CC">
            <w:pPr>
              <w:rPr>
                <w:sz w:val="26"/>
                <w:szCs w:val="26"/>
              </w:rPr>
            </w:pPr>
            <w:r w:rsidRPr="00BB67CC">
              <w:rPr>
                <w:sz w:val="26"/>
                <w:szCs w:val="26"/>
              </w:rPr>
              <w:t>Python</w:t>
            </w:r>
          </w:p>
        </w:tc>
        <w:tc>
          <w:tcPr>
            <w:tcW w:w="1917" w:type="dxa"/>
          </w:tcPr>
          <w:p w14:paraId="61F023EB"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sz w:val="26"/>
                <w:szCs w:val="26"/>
              </w:rPr>
            </w:pPr>
            <w:r w:rsidRPr="00BB67CC">
              <w:rPr>
                <w:sz w:val="26"/>
                <w:szCs w:val="26"/>
              </w:rPr>
              <w:t>Web apps, data science, automation</w:t>
            </w:r>
          </w:p>
        </w:tc>
        <w:tc>
          <w:tcPr>
            <w:tcW w:w="1701" w:type="dxa"/>
          </w:tcPr>
          <w:p w14:paraId="549EC690"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sz w:val="26"/>
                <w:szCs w:val="26"/>
              </w:rPr>
            </w:pPr>
            <w:r w:rsidRPr="00BB67CC">
              <w:rPr>
                <w:sz w:val="26"/>
                <w:szCs w:val="26"/>
              </w:rPr>
              <w:t>Interpreted</w:t>
            </w:r>
          </w:p>
        </w:tc>
        <w:tc>
          <w:tcPr>
            <w:tcW w:w="4820" w:type="dxa"/>
          </w:tcPr>
          <w:p w14:paraId="6A345422"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6"/>
                <w:szCs w:val="26"/>
              </w:rPr>
            </w:pPr>
            <w:r w:rsidRPr="00BB67CC">
              <w:rPr>
                <w:rFonts w:ascii="Courier New" w:hAnsi="Courier New" w:cs="Courier New"/>
                <w:sz w:val="26"/>
                <w:szCs w:val="26"/>
              </w:rPr>
              <w:t>print("Hello, World!")</w:t>
            </w:r>
          </w:p>
        </w:tc>
      </w:tr>
      <w:tr w:rsidR="000B0EE8" w:rsidRPr="00BB67CC" w14:paraId="1EFF07EF" w14:textId="77777777" w:rsidTr="00516457">
        <w:tc>
          <w:tcPr>
            <w:cnfStyle w:val="001000000000" w:firstRow="0" w:lastRow="0" w:firstColumn="1" w:lastColumn="0" w:oddVBand="0" w:evenVBand="0" w:oddHBand="0" w:evenHBand="0" w:firstRowFirstColumn="0" w:firstRowLastColumn="0" w:lastRowFirstColumn="0" w:lastRowLastColumn="0"/>
            <w:tcW w:w="2160" w:type="dxa"/>
          </w:tcPr>
          <w:p w14:paraId="4DA47032" w14:textId="77777777" w:rsidR="000B0EE8" w:rsidRPr="00BB67CC" w:rsidRDefault="00BB67CC">
            <w:pPr>
              <w:rPr>
                <w:sz w:val="26"/>
                <w:szCs w:val="26"/>
              </w:rPr>
            </w:pPr>
            <w:r w:rsidRPr="00BB67CC">
              <w:rPr>
                <w:sz w:val="26"/>
                <w:szCs w:val="26"/>
              </w:rPr>
              <w:t>JavaScript</w:t>
            </w:r>
          </w:p>
        </w:tc>
        <w:tc>
          <w:tcPr>
            <w:tcW w:w="1917" w:type="dxa"/>
          </w:tcPr>
          <w:p w14:paraId="3870FAD1" w14:textId="77777777" w:rsidR="000B0EE8" w:rsidRPr="00BB67CC" w:rsidRDefault="00BB67CC">
            <w:pPr>
              <w:cnfStyle w:val="000000000000" w:firstRow="0" w:lastRow="0" w:firstColumn="0" w:lastColumn="0" w:oddVBand="0" w:evenVBand="0" w:oddHBand="0" w:evenHBand="0" w:firstRowFirstColumn="0" w:firstRowLastColumn="0" w:lastRowFirstColumn="0" w:lastRowLastColumn="0"/>
              <w:rPr>
                <w:sz w:val="26"/>
                <w:szCs w:val="26"/>
              </w:rPr>
            </w:pPr>
            <w:r w:rsidRPr="00BB67CC">
              <w:rPr>
                <w:sz w:val="26"/>
                <w:szCs w:val="26"/>
              </w:rPr>
              <w:t>Web development (front-end &amp; back-end)</w:t>
            </w:r>
          </w:p>
        </w:tc>
        <w:tc>
          <w:tcPr>
            <w:tcW w:w="1701" w:type="dxa"/>
          </w:tcPr>
          <w:p w14:paraId="6152F6CB" w14:textId="77777777" w:rsidR="000B0EE8" w:rsidRPr="00BB67CC" w:rsidRDefault="00BB67CC">
            <w:pPr>
              <w:cnfStyle w:val="000000000000" w:firstRow="0" w:lastRow="0" w:firstColumn="0" w:lastColumn="0" w:oddVBand="0" w:evenVBand="0" w:oddHBand="0" w:evenHBand="0" w:firstRowFirstColumn="0" w:firstRowLastColumn="0" w:lastRowFirstColumn="0" w:lastRowLastColumn="0"/>
              <w:rPr>
                <w:sz w:val="26"/>
                <w:szCs w:val="26"/>
              </w:rPr>
            </w:pPr>
            <w:r w:rsidRPr="00BB67CC">
              <w:rPr>
                <w:sz w:val="26"/>
                <w:szCs w:val="26"/>
              </w:rPr>
              <w:t>Interpreted</w:t>
            </w:r>
          </w:p>
        </w:tc>
        <w:tc>
          <w:tcPr>
            <w:tcW w:w="4820" w:type="dxa"/>
          </w:tcPr>
          <w:p w14:paraId="46D2C5E7" w14:textId="77777777" w:rsidR="000B0EE8" w:rsidRPr="00BB67CC" w:rsidRDefault="00BB67CC">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6"/>
                <w:szCs w:val="26"/>
              </w:rPr>
            </w:pPr>
            <w:r w:rsidRPr="00BB67CC">
              <w:rPr>
                <w:rFonts w:ascii="Courier New" w:hAnsi="Courier New" w:cs="Courier New"/>
                <w:sz w:val="26"/>
                <w:szCs w:val="26"/>
              </w:rPr>
              <w:t>console.log("Hello, World!");</w:t>
            </w:r>
          </w:p>
        </w:tc>
      </w:tr>
      <w:tr w:rsidR="000B0EE8" w:rsidRPr="00BB67CC" w14:paraId="735CA8A2" w14:textId="77777777" w:rsidTr="00516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8E02D92" w14:textId="77777777" w:rsidR="000B0EE8" w:rsidRPr="00BB67CC" w:rsidRDefault="00BB67CC">
            <w:pPr>
              <w:rPr>
                <w:sz w:val="26"/>
                <w:szCs w:val="26"/>
              </w:rPr>
            </w:pPr>
            <w:r w:rsidRPr="00BB67CC">
              <w:rPr>
                <w:sz w:val="26"/>
                <w:szCs w:val="26"/>
              </w:rPr>
              <w:t>PHP</w:t>
            </w:r>
          </w:p>
        </w:tc>
        <w:tc>
          <w:tcPr>
            <w:tcW w:w="1917" w:type="dxa"/>
          </w:tcPr>
          <w:p w14:paraId="0B411A66"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sz w:val="26"/>
                <w:szCs w:val="26"/>
              </w:rPr>
            </w:pPr>
            <w:r w:rsidRPr="00BB67CC">
              <w:rPr>
                <w:sz w:val="26"/>
                <w:szCs w:val="26"/>
              </w:rPr>
              <w:t>Websites and server-side scripting</w:t>
            </w:r>
          </w:p>
        </w:tc>
        <w:tc>
          <w:tcPr>
            <w:tcW w:w="1701" w:type="dxa"/>
          </w:tcPr>
          <w:p w14:paraId="5B9E8528"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sz w:val="26"/>
                <w:szCs w:val="26"/>
              </w:rPr>
            </w:pPr>
            <w:r w:rsidRPr="00BB67CC">
              <w:rPr>
                <w:sz w:val="26"/>
                <w:szCs w:val="26"/>
              </w:rPr>
              <w:t>Interpreted</w:t>
            </w:r>
          </w:p>
        </w:tc>
        <w:tc>
          <w:tcPr>
            <w:tcW w:w="4820" w:type="dxa"/>
          </w:tcPr>
          <w:p w14:paraId="6B674205"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6"/>
                <w:szCs w:val="26"/>
              </w:rPr>
            </w:pPr>
            <w:r w:rsidRPr="00BB67CC">
              <w:rPr>
                <w:rFonts w:ascii="Courier New" w:hAnsi="Courier New" w:cs="Courier New"/>
                <w:sz w:val="26"/>
                <w:szCs w:val="26"/>
              </w:rPr>
              <w:t>&lt;?php echo "Hello, World!"; ?&gt;</w:t>
            </w:r>
          </w:p>
        </w:tc>
      </w:tr>
      <w:tr w:rsidR="000B0EE8" w:rsidRPr="00BB67CC" w14:paraId="64765CE9" w14:textId="77777777" w:rsidTr="00516457">
        <w:tc>
          <w:tcPr>
            <w:cnfStyle w:val="001000000000" w:firstRow="0" w:lastRow="0" w:firstColumn="1" w:lastColumn="0" w:oddVBand="0" w:evenVBand="0" w:oddHBand="0" w:evenHBand="0" w:firstRowFirstColumn="0" w:firstRowLastColumn="0" w:lastRowFirstColumn="0" w:lastRowLastColumn="0"/>
            <w:tcW w:w="2160" w:type="dxa"/>
          </w:tcPr>
          <w:p w14:paraId="44BE4191" w14:textId="77777777" w:rsidR="000B0EE8" w:rsidRPr="00BB67CC" w:rsidRDefault="00BB67CC">
            <w:pPr>
              <w:rPr>
                <w:sz w:val="26"/>
                <w:szCs w:val="26"/>
              </w:rPr>
            </w:pPr>
            <w:r w:rsidRPr="00BB67CC">
              <w:rPr>
                <w:sz w:val="26"/>
                <w:szCs w:val="26"/>
              </w:rPr>
              <w:t>Ruby</w:t>
            </w:r>
          </w:p>
        </w:tc>
        <w:tc>
          <w:tcPr>
            <w:tcW w:w="1917" w:type="dxa"/>
          </w:tcPr>
          <w:p w14:paraId="51E6351C" w14:textId="77777777" w:rsidR="000B0EE8" w:rsidRPr="00BB67CC" w:rsidRDefault="00BB67CC">
            <w:pPr>
              <w:cnfStyle w:val="000000000000" w:firstRow="0" w:lastRow="0" w:firstColumn="0" w:lastColumn="0" w:oddVBand="0" w:evenVBand="0" w:oddHBand="0" w:evenHBand="0" w:firstRowFirstColumn="0" w:firstRowLastColumn="0" w:lastRowFirstColumn="0" w:lastRowLastColumn="0"/>
              <w:rPr>
                <w:sz w:val="26"/>
                <w:szCs w:val="26"/>
              </w:rPr>
            </w:pPr>
            <w:r w:rsidRPr="00BB67CC">
              <w:rPr>
                <w:sz w:val="26"/>
                <w:szCs w:val="26"/>
              </w:rPr>
              <w:t>Web apps (Ruby on Rails), scripting</w:t>
            </w:r>
          </w:p>
        </w:tc>
        <w:tc>
          <w:tcPr>
            <w:tcW w:w="1701" w:type="dxa"/>
          </w:tcPr>
          <w:p w14:paraId="0790606C" w14:textId="77777777" w:rsidR="000B0EE8" w:rsidRPr="00BB67CC" w:rsidRDefault="00BB67CC">
            <w:pPr>
              <w:cnfStyle w:val="000000000000" w:firstRow="0" w:lastRow="0" w:firstColumn="0" w:lastColumn="0" w:oddVBand="0" w:evenVBand="0" w:oddHBand="0" w:evenHBand="0" w:firstRowFirstColumn="0" w:firstRowLastColumn="0" w:lastRowFirstColumn="0" w:lastRowLastColumn="0"/>
              <w:rPr>
                <w:sz w:val="26"/>
                <w:szCs w:val="26"/>
              </w:rPr>
            </w:pPr>
            <w:r w:rsidRPr="00BB67CC">
              <w:rPr>
                <w:sz w:val="26"/>
                <w:szCs w:val="26"/>
              </w:rPr>
              <w:t>Interpreted</w:t>
            </w:r>
          </w:p>
        </w:tc>
        <w:tc>
          <w:tcPr>
            <w:tcW w:w="4820" w:type="dxa"/>
          </w:tcPr>
          <w:p w14:paraId="48CFBC44" w14:textId="77777777" w:rsidR="000B0EE8" w:rsidRPr="00BB67CC" w:rsidRDefault="00BB67CC">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6"/>
                <w:szCs w:val="26"/>
              </w:rPr>
            </w:pPr>
            <w:r w:rsidRPr="00BB67CC">
              <w:rPr>
                <w:rFonts w:ascii="Courier New" w:hAnsi="Courier New" w:cs="Courier New"/>
                <w:sz w:val="26"/>
                <w:szCs w:val="26"/>
              </w:rPr>
              <w:t>puts "Hello, World!"</w:t>
            </w:r>
          </w:p>
        </w:tc>
      </w:tr>
      <w:tr w:rsidR="000B0EE8" w:rsidRPr="00BB67CC" w14:paraId="6DE93E9B" w14:textId="77777777" w:rsidTr="00516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BD7392D" w14:textId="77777777" w:rsidR="000B0EE8" w:rsidRPr="00BB67CC" w:rsidRDefault="00BB67CC">
            <w:pPr>
              <w:rPr>
                <w:sz w:val="26"/>
                <w:szCs w:val="26"/>
              </w:rPr>
            </w:pPr>
            <w:r w:rsidRPr="00BB67CC">
              <w:rPr>
                <w:sz w:val="26"/>
                <w:szCs w:val="26"/>
              </w:rPr>
              <w:t>Lua</w:t>
            </w:r>
          </w:p>
        </w:tc>
        <w:tc>
          <w:tcPr>
            <w:tcW w:w="1917" w:type="dxa"/>
          </w:tcPr>
          <w:p w14:paraId="7AB947B7"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sz w:val="26"/>
                <w:szCs w:val="26"/>
              </w:rPr>
            </w:pPr>
            <w:r w:rsidRPr="00BB67CC">
              <w:rPr>
                <w:sz w:val="26"/>
                <w:szCs w:val="26"/>
              </w:rPr>
              <w:t>Game scripting, embedded systems</w:t>
            </w:r>
          </w:p>
        </w:tc>
        <w:tc>
          <w:tcPr>
            <w:tcW w:w="1701" w:type="dxa"/>
          </w:tcPr>
          <w:p w14:paraId="3101258D"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sz w:val="26"/>
                <w:szCs w:val="26"/>
              </w:rPr>
            </w:pPr>
            <w:r w:rsidRPr="00BB67CC">
              <w:rPr>
                <w:sz w:val="26"/>
                <w:szCs w:val="26"/>
              </w:rPr>
              <w:t>Interpreted</w:t>
            </w:r>
          </w:p>
        </w:tc>
        <w:tc>
          <w:tcPr>
            <w:tcW w:w="4820" w:type="dxa"/>
          </w:tcPr>
          <w:p w14:paraId="140A659F"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6"/>
                <w:szCs w:val="26"/>
              </w:rPr>
            </w:pPr>
            <w:r w:rsidRPr="00BB67CC">
              <w:rPr>
                <w:rFonts w:ascii="Courier New" w:hAnsi="Courier New" w:cs="Courier New"/>
                <w:sz w:val="26"/>
                <w:szCs w:val="26"/>
              </w:rPr>
              <w:t>print("Hello, World!")</w:t>
            </w:r>
          </w:p>
        </w:tc>
      </w:tr>
      <w:tr w:rsidR="000B0EE8" w:rsidRPr="00BB67CC" w14:paraId="274858CE" w14:textId="77777777" w:rsidTr="00516457">
        <w:tc>
          <w:tcPr>
            <w:cnfStyle w:val="001000000000" w:firstRow="0" w:lastRow="0" w:firstColumn="1" w:lastColumn="0" w:oddVBand="0" w:evenVBand="0" w:oddHBand="0" w:evenHBand="0" w:firstRowFirstColumn="0" w:firstRowLastColumn="0" w:lastRowFirstColumn="0" w:lastRowLastColumn="0"/>
            <w:tcW w:w="2160" w:type="dxa"/>
          </w:tcPr>
          <w:p w14:paraId="2813A2D7" w14:textId="77777777" w:rsidR="000B0EE8" w:rsidRPr="00BB67CC" w:rsidRDefault="00BB67CC">
            <w:pPr>
              <w:rPr>
                <w:sz w:val="26"/>
                <w:szCs w:val="26"/>
              </w:rPr>
            </w:pPr>
            <w:r w:rsidRPr="00BB67CC">
              <w:rPr>
                <w:sz w:val="26"/>
                <w:szCs w:val="26"/>
              </w:rPr>
              <w:t>Java</w:t>
            </w:r>
          </w:p>
        </w:tc>
        <w:tc>
          <w:tcPr>
            <w:tcW w:w="1917" w:type="dxa"/>
          </w:tcPr>
          <w:p w14:paraId="145AE68D" w14:textId="77777777" w:rsidR="000B0EE8" w:rsidRPr="00BB67CC" w:rsidRDefault="00BB67CC">
            <w:pPr>
              <w:cnfStyle w:val="000000000000" w:firstRow="0" w:lastRow="0" w:firstColumn="0" w:lastColumn="0" w:oddVBand="0" w:evenVBand="0" w:oddHBand="0" w:evenHBand="0" w:firstRowFirstColumn="0" w:firstRowLastColumn="0" w:lastRowFirstColumn="0" w:lastRowLastColumn="0"/>
              <w:rPr>
                <w:sz w:val="26"/>
                <w:szCs w:val="26"/>
              </w:rPr>
            </w:pPr>
            <w:r w:rsidRPr="00BB67CC">
              <w:rPr>
                <w:sz w:val="26"/>
                <w:szCs w:val="26"/>
              </w:rPr>
              <w:t>Enterprise systems, Android apps</w:t>
            </w:r>
          </w:p>
        </w:tc>
        <w:tc>
          <w:tcPr>
            <w:tcW w:w="1701" w:type="dxa"/>
          </w:tcPr>
          <w:p w14:paraId="7E4B7DE5" w14:textId="77777777" w:rsidR="000B0EE8" w:rsidRPr="00BB67CC" w:rsidRDefault="00BB67CC">
            <w:pPr>
              <w:cnfStyle w:val="000000000000" w:firstRow="0" w:lastRow="0" w:firstColumn="0" w:lastColumn="0" w:oddVBand="0" w:evenVBand="0" w:oddHBand="0" w:evenHBand="0" w:firstRowFirstColumn="0" w:firstRowLastColumn="0" w:lastRowFirstColumn="0" w:lastRowLastColumn="0"/>
              <w:rPr>
                <w:sz w:val="26"/>
                <w:szCs w:val="26"/>
              </w:rPr>
            </w:pPr>
            <w:r w:rsidRPr="00BB67CC">
              <w:rPr>
                <w:sz w:val="26"/>
                <w:szCs w:val="26"/>
              </w:rPr>
              <w:t>Compiled to bytecode</w:t>
            </w:r>
          </w:p>
        </w:tc>
        <w:tc>
          <w:tcPr>
            <w:tcW w:w="4820" w:type="dxa"/>
          </w:tcPr>
          <w:p w14:paraId="3129AFC1" w14:textId="77777777" w:rsidR="000B0EE8" w:rsidRPr="00BB67CC" w:rsidRDefault="00BB67CC">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6"/>
                <w:szCs w:val="26"/>
              </w:rPr>
            </w:pPr>
            <w:r w:rsidRPr="00BB67CC">
              <w:rPr>
                <w:rFonts w:ascii="Courier New" w:hAnsi="Courier New" w:cs="Courier New"/>
                <w:sz w:val="26"/>
                <w:szCs w:val="26"/>
              </w:rPr>
              <w:t>System.out.println("Hello, World!");</w:t>
            </w:r>
          </w:p>
        </w:tc>
      </w:tr>
      <w:tr w:rsidR="000B0EE8" w:rsidRPr="00BB67CC" w14:paraId="35B4F915" w14:textId="77777777" w:rsidTr="00516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D839A93" w14:textId="77777777" w:rsidR="000B0EE8" w:rsidRPr="00BB67CC" w:rsidRDefault="00BB67CC">
            <w:pPr>
              <w:rPr>
                <w:sz w:val="26"/>
                <w:szCs w:val="26"/>
              </w:rPr>
            </w:pPr>
            <w:r w:rsidRPr="00BB67CC">
              <w:rPr>
                <w:sz w:val="26"/>
                <w:szCs w:val="26"/>
              </w:rPr>
              <w:t>C++</w:t>
            </w:r>
          </w:p>
        </w:tc>
        <w:tc>
          <w:tcPr>
            <w:tcW w:w="1917" w:type="dxa"/>
          </w:tcPr>
          <w:p w14:paraId="5CCDB4AB"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sz w:val="26"/>
                <w:szCs w:val="26"/>
              </w:rPr>
            </w:pPr>
            <w:r w:rsidRPr="00BB67CC">
              <w:rPr>
                <w:sz w:val="26"/>
                <w:szCs w:val="26"/>
              </w:rPr>
              <w:t>Games, high-performance software</w:t>
            </w:r>
          </w:p>
        </w:tc>
        <w:tc>
          <w:tcPr>
            <w:tcW w:w="1701" w:type="dxa"/>
          </w:tcPr>
          <w:p w14:paraId="5A98F7F5"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sz w:val="26"/>
                <w:szCs w:val="26"/>
              </w:rPr>
            </w:pPr>
            <w:r w:rsidRPr="00BB67CC">
              <w:rPr>
                <w:sz w:val="26"/>
                <w:szCs w:val="26"/>
              </w:rPr>
              <w:t>Compiled</w:t>
            </w:r>
          </w:p>
        </w:tc>
        <w:tc>
          <w:tcPr>
            <w:tcW w:w="4820" w:type="dxa"/>
          </w:tcPr>
          <w:p w14:paraId="396D6B2A"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6"/>
                <w:szCs w:val="26"/>
              </w:rPr>
            </w:pPr>
            <w:r w:rsidRPr="00BB67CC">
              <w:rPr>
                <w:rFonts w:ascii="Courier New" w:hAnsi="Courier New" w:cs="Courier New"/>
                <w:sz w:val="26"/>
                <w:szCs w:val="26"/>
              </w:rPr>
              <w:t>#include &lt;iostream&gt; int main(){ std::cout&lt;&lt;"Hello, World!"; }</w:t>
            </w:r>
          </w:p>
        </w:tc>
      </w:tr>
      <w:tr w:rsidR="000B0EE8" w:rsidRPr="00BB67CC" w14:paraId="70C584D5" w14:textId="77777777" w:rsidTr="00516457">
        <w:tc>
          <w:tcPr>
            <w:cnfStyle w:val="001000000000" w:firstRow="0" w:lastRow="0" w:firstColumn="1" w:lastColumn="0" w:oddVBand="0" w:evenVBand="0" w:oddHBand="0" w:evenHBand="0" w:firstRowFirstColumn="0" w:firstRowLastColumn="0" w:lastRowFirstColumn="0" w:lastRowLastColumn="0"/>
            <w:tcW w:w="2160" w:type="dxa"/>
          </w:tcPr>
          <w:p w14:paraId="7AC477C3" w14:textId="77777777" w:rsidR="000B0EE8" w:rsidRPr="00BB67CC" w:rsidRDefault="00BB67CC">
            <w:pPr>
              <w:rPr>
                <w:sz w:val="26"/>
                <w:szCs w:val="26"/>
              </w:rPr>
            </w:pPr>
            <w:r w:rsidRPr="00BB67CC">
              <w:rPr>
                <w:sz w:val="26"/>
                <w:szCs w:val="26"/>
              </w:rPr>
              <w:t>C#</w:t>
            </w:r>
          </w:p>
        </w:tc>
        <w:tc>
          <w:tcPr>
            <w:tcW w:w="1917" w:type="dxa"/>
          </w:tcPr>
          <w:p w14:paraId="5E336B93" w14:textId="77777777" w:rsidR="000B0EE8" w:rsidRPr="00BB67CC" w:rsidRDefault="00BB67CC">
            <w:pPr>
              <w:cnfStyle w:val="000000000000" w:firstRow="0" w:lastRow="0" w:firstColumn="0" w:lastColumn="0" w:oddVBand="0" w:evenVBand="0" w:oddHBand="0" w:evenHBand="0" w:firstRowFirstColumn="0" w:firstRowLastColumn="0" w:lastRowFirstColumn="0" w:lastRowLastColumn="0"/>
              <w:rPr>
                <w:sz w:val="26"/>
                <w:szCs w:val="26"/>
              </w:rPr>
            </w:pPr>
            <w:r w:rsidRPr="00BB67CC">
              <w:rPr>
                <w:sz w:val="26"/>
                <w:szCs w:val="26"/>
              </w:rPr>
              <w:t>Windows apps, Unity games</w:t>
            </w:r>
          </w:p>
        </w:tc>
        <w:tc>
          <w:tcPr>
            <w:tcW w:w="1701" w:type="dxa"/>
          </w:tcPr>
          <w:p w14:paraId="75B2CA6E" w14:textId="77777777" w:rsidR="000B0EE8" w:rsidRPr="00BB67CC" w:rsidRDefault="00BB67CC">
            <w:pPr>
              <w:cnfStyle w:val="000000000000" w:firstRow="0" w:lastRow="0" w:firstColumn="0" w:lastColumn="0" w:oddVBand="0" w:evenVBand="0" w:oddHBand="0" w:evenHBand="0" w:firstRowFirstColumn="0" w:firstRowLastColumn="0" w:lastRowFirstColumn="0" w:lastRowLastColumn="0"/>
              <w:rPr>
                <w:sz w:val="26"/>
                <w:szCs w:val="26"/>
              </w:rPr>
            </w:pPr>
            <w:r w:rsidRPr="00BB67CC">
              <w:rPr>
                <w:sz w:val="26"/>
                <w:szCs w:val="26"/>
              </w:rPr>
              <w:t>Compiled to CIL</w:t>
            </w:r>
          </w:p>
        </w:tc>
        <w:tc>
          <w:tcPr>
            <w:tcW w:w="4820" w:type="dxa"/>
          </w:tcPr>
          <w:p w14:paraId="670CCA9B" w14:textId="77777777" w:rsidR="000B0EE8" w:rsidRPr="00BB67CC" w:rsidRDefault="00BB67CC">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6"/>
                <w:szCs w:val="26"/>
              </w:rPr>
            </w:pPr>
            <w:r w:rsidRPr="00BB67CC">
              <w:rPr>
                <w:rFonts w:ascii="Courier New" w:hAnsi="Courier New" w:cs="Courier New"/>
                <w:sz w:val="26"/>
                <w:szCs w:val="26"/>
              </w:rPr>
              <w:t>Console.WriteLine("Hello, World!");</w:t>
            </w:r>
          </w:p>
        </w:tc>
      </w:tr>
      <w:tr w:rsidR="000B0EE8" w:rsidRPr="00BB67CC" w14:paraId="2FABD812" w14:textId="77777777" w:rsidTr="00516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485C820" w14:textId="77777777" w:rsidR="000B0EE8" w:rsidRPr="00BB67CC" w:rsidRDefault="00BB67CC">
            <w:pPr>
              <w:rPr>
                <w:sz w:val="26"/>
                <w:szCs w:val="26"/>
              </w:rPr>
            </w:pPr>
            <w:r w:rsidRPr="00BB67CC">
              <w:rPr>
                <w:sz w:val="26"/>
                <w:szCs w:val="26"/>
              </w:rPr>
              <w:t>Go (Golang)</w:t>
            </w:r>
          </w:p>
        </w:tc>
        <w:tc>
          <w:tcPr>
            <w:tcW w:w="1917" w:type="dxa"/>
          </w:tcPr>
          <w:p w14:paraId="7B5B716D"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sz w:val="26"/>
                <w:szCs w:val="26"/>
              </w:rPr>
            </w:pPr>
            <w:r w:rsidRPr="00BB67CC">
              <w:rPr>
                <w:sz w:val="26"/>
                <w:szCs w:val="26"/>
              </w:rPr>
              <w:t>Cloud &amp; networking tools</w:t>
            </w:r>
          </w:p>
        </w:tc>
        <w:tc>
          <w:tcPr>
            <w:tcW w:w="1701" w:type="dxa"/>
          </w:tcPr>
          <w:p w14:paraId="7E1B61D3"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sz w:val="26"/>
                <w:szCs w:val="26"/>
              </w:rPr>
            </w:pPr>
            <w:r w:rsidRPr="00BB67CC">
              <w:rPr>
                <w:sz w:val="26"/>
                <w:szCs w:val="26"/>
              </w:rPr>
              <w:t>Compiled</w:t>
            </w:r>
          </w:p>
        </w:tc>
        <w:tc>
          <w:tcPr>
            <w:tcW w:w="4820" w:type="dxa"/>
          </w:tcPr>
          <w:p w14:paraId="7B84C5F9"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6"/>
                <w:szCs w:val="26"/>
              </w:rPr>
            </w:pPr>
            <w:r w:rsidRPr="00BB67CC">
              <w:rPr>
                <w:rFonts w:ascii="Courier New" w:hAnsi="Courier New" w:cs="Courier New"/>
                <w:sz w:val="26"/>
                <w:szCs w:val="26"/>
              </w:rPr>
              <w:t>fmt.Println("Hello, World!")</w:t>
            </w:r>
          </w:p>
        </w:tc>
      </w:tr>
      <w:tr w:rsidR="000B0EE8" w:rsidRPr="00BB67CC" w14:paraId="331E3197" w14:textId="77777777" w:rsidTr="00516457">
        <w:tc>
          <w:tcPr>
            <w:cnfStyle w:val="001000000000" w:firstRow="0" w:lastRow="0" w:firstColumn="1" w:lastColumn="0" w:oddVBand="0" w:evenVBand="0" w:oddHBand="0" w:evenHBand="0" w:firstRowFirstColumn="0" w:firstRowLastColumn="0" w:lastRowFirstColumn="0" w:lastRowLastColumn="0"/>
            <w:tcW w:w="2160" w:type="dxa"/>
          </w:tcPr>
          <w:p w14:paraId="6E8CF2B1" w14:textId="77777777" w:rsidR="000B0EE8" w:rsidRPr="00BB67CC" w:rsidRDefault="00BB67CC">
            <w:pPr>
              <w:rPr>
                <w:sz w:val="26"/>
                <w:szCs w:val="26"/>
              </w:rPr>
            </w:pPr>
            <w:r w:rsidRPr="00BB67CC">
              <w:rPr>
                <w:sz w:val="26"/>
                <w:szCs w:val="26"/>
              </w:rPr>
              <w:lastRenderedPageBreak/>
              <w:t>Rust</w:t>
            </w:r>
          </w:p>
        </w:tc>
        <w:tc>
          <w:tcPr>
            <w:tcW w:w="1917" w:type="dxa"/>
          </w:tcPr>
          <w:p w14:paraId="30476D6F" w14:textId="77777777" w:rsidR="000B0EE8" w:rsidRPr="00BB67CC" w:rsidRDefault="00BB67CC">
            <w:pPr>
              <w:cnfStyle w:val="000000000000" w:firstRow="0" w:lastRow="0" w:firstColumn="0" w:lastColumn="0" w:oddVBand="0" w:evenVBand="0" w:oddHBand="0" w:evenHBand="0" w:firstRowFirstColumn="0" w:firstRowLastColumn="0" w:lastRowFirstColumn="0" w:lastRowLastColumn="0"/>
              <w:rPr>
                <w:sz w:val="26"/>
                <w:szCs w:val="26"/>
              </w:rPr>
            </w:pPr>
            <w:r w:rsidRPr="00BB67CC">
              <w:rPr>
                <w:sz w:val="26"/>
                <w:szCs w:val="26"/>
              </w:rPr>
              <w:t>Systems programming</w:t>
            </w:r>
          </w:p>
        </w:tc>
        <w:tc>
          <w:tcPr>
            <w:tcW w:w="1701" w:type="dxa"/>
          </w:tcPr>
          <w:p w14:paraId="3F3DFBFD" w14:textId="77777777" w:rsidR="000B0EE8" w:rsidRPr="00BB67CC" w:rsidRDefault="00BB67CC">
            <w:pPr>
              <w:cnfStyle w:val="000000000000" w:firstRow="0" w:lastRow="0" w:firstColumn="0" w:lastColumn="0" w:oddVBand="0" w:evenVBand="0" w:oddHBand="0" w:evenHBand="0" w:firstRowFirstColumn="0" w:firstRowLastColumn="0" w:lastRowFirstColumn="0" w:lastRowLastColumn="0"/>
              <w:rPr>
                <w:sz w:val="26"/>
                <w:szCs w:val="26"/>
              </w:rPr>
            </w:pPr>
            <w:r w:rsidRPr="00BB67CC">
              <w:rPr>
                <w:sz w:val="26"/>
                <w:szCs w:val="26"/>
              </w:rPr>
              <w:t>Compiled</w:t>
            </w:r>
          </w:p>
        </w:tc>
        <w:tc>
          <w:tcPr>
            <w:tcW w:w="4820" w:type="dxa"/>
          </w:tcPr>
          <w:p w14:paraId="47F8E962" w14:textId="77777777" w:rsidR="000B0EE8" w:rsidRPr="00BB67CC" w:rsidRDefault="00BB67CC">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6"/>
                <w:szCs w:val="26"/>
              </w:rPr>
            </w:pPr>
            <w:r w:rsidRPr="00BB67CC">
              <w:rPr>
                <w:rFonts w:ascii="Courier New" w:hAnsi="Courier New" w:cs="Courier New"/>
                <w:sz w:val="26"/>
                <w:szCs w:val="26"/>
              </w:rPr>
              <w:t>println!("Hello, World!");</w:t>
            </w:r>
          </w:p>
        </w:tc>
      </w:tr>
      <w:tr w:rsidR="000B0EE8" w:rsidRPr="00BB67CC" w14:paraId="7CFCE9AF" w14:textId="77777777" w:rsidTr="00516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861314B" w14:textId="77777777" w:rsidR="000B0EE8" w:rsidRPr="00BB67CC" w:rsidRDefault="00BB67CC">
            <w:pPr>
              <w:rPr>
                <w:sz w:val="26"/>
                <w:szCs w:val="26"/>
              </w:rPr>
            </w:pPr>
            <w:r w:rsidRPr="00BB67CC">
              <w:rPr>
                <w:sz w:val="26"/>
                <w:szCs w:val="26"/>
              </w:rPr>
              <w:t>Swift</w:t>
            </w:r>
          </w:p>
        </w:tc>
        <w:tc>
          <w:tcPr>
            <w:tcW w:w="1917" w:type="dxa"/>
          </w:tcPr>
          <w:p w14:paraId="33ACD001"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sz w:val="26"/>
                <w:szCs w:val="26"/>
              </w:rPr>
            </w:pPr>
            <w:r w:rsidRPr="00BB67CC">
              <w:rPr>
                <w:sz w:val="26"/>
                <w:szCs w:val="26"/>
              </w:rPr>
              <w:t>iOS and macOS apps</w:t>
            </w:r>
          </w:p>
        </w:tc>
        <w:tc>
          <w:tcPr>
            <w:tcW w:w="1701" w:type="dxa"/>
          </w:tcPr>
          <w:p w14:paraId="07B49454"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sz w:val="26"/>
                <w:szCs w:val="26"/>
              </w:rPr>
            </w:pPr>
            <w:r w:rsidRPr="00BB67CC">
              <w:rPr>
                <w:sz w:val="26"/>
                <w:szCs w:val="26"/>
              </w:rPr>
              <w:t>Compiled</w:t>
            </w:r>
          </w:p>
        </w:tc>
        <w:tc>
          <w:tcPr>
            <w:tcW w:w="4820" w:type="dxa"/>
          </w:tcPr>
          <w:p w14:paraId="35AB0573"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6"/>
                <w:szCs w:val="26"/>
              </w:rPr>
            </w:pPr>
            <w:r w:rsidRPr="00BB67CC">
              <w:rPr>
                <w:rFonts w:ascii="Courier New" w:hAnsi="Courier New" w:cs="Courier New"/>
                <w:sz w:val="26"/>
                <w:szCs w:val="26"/>
              </w:rPr>
              <w:t>print("Hello, World!")</w:t>
            </w:r>
          </w:p>
        </w:tc>
      </w:tr>
      <w:tr w:rsidR="000B0EE8" w:rsidRPr="00BB67CC" w14:paraId="45F04463" w14:textId="77777777" w:rsidTr="00516457">
        <w:tc>
          <w:tcPr>
            <w:cnfStyle w:val="001000000000" w:firstRow="0" w:lastRow="0" w:firstColumn="1" w:lastColumn="0" w:oddVBand="0" w:evenVBand="0" w:oddHBand="0" w:evenHBand="0" w:firstRowFirstColumn="0" w:firstRowLastColumn="0" w:lastRowFirstColumn="0" w:lastRowLastColumn="0"/>
            <w:tcW w:w="2160" w:type="dxa"/>
          </w:tcPr>
          <w:p w14:paraId="0D9DE7C5" w14:textId="77777777" w:rsidR="000B0EE8" w:rsidRPr="00BB67CC" w:rsidRDefault="00BB67CC">
            <w:pPr>
              <w:rPr>
                <w:sz w:val="26"/>
                <w:szCs w:val="26"/>
              </w:rPr>
            </w:pPr>
            <w:r w:rsidRPr="00BB67CC">
              <w:rPr>
                <w:sz w:val="26"/>
                <w:szCs w:val="26"/>
              </w:rPr>
              <w:t>Kotlin</w:t>
            </w:r>
          </w:p>
        </w:tc>
        <w:tc>
          <w:tcPr>
            <w:tcW w:w="1917" w:type="dxa"/>
          </w:tcPr>
          <w:p w14:paraId="7DD13A84" w14:textId="77777777" w:rsidR="000B0EE8" w:rsidRPr="00BB67CC" w:rsidRDefault="00BB67CC">
            <w:pPr>
              <w:cnfStyle w:val="000000000000" w:firstRow="0" w:lastRow="0" w:firstColumn="0" w:lastColumn="0" w:oddVBand="0" w:evenVBand="0" w:oddHBand="0" w:evenHBand="0" w:firstRowFirstColumn="0" w:firstRowLastColumn="0" w:lastRowFirstColumn="0" w:lastRowLastColumn="0"/>
              <w:rPr>
                <w:sz w:val="26"/>
                <w:szCs w:val="26"/>
              </w:rPr>
            </w:pPr>
            <w:r w:rsidRPr="00BB67CC">
              <w:rPr>
                <w:sz w:val="26"/>
                <w:szCs w:val="26"/>
              </w:rPr>
              <w:t>Android development</w:t>
            </w:r>
          </w:p>
        </w:tc>
        <w:tc>
          <w:tcPr>
            <w:tcW w:w="1701" w:type="dxa"/>
          </w:tcPr>
          <w:p w14:paraId="5EBEE4DE" w14:textId="77777777" w:rsidR="000B0EE8" w:rsidRPr="00BB67CC" w:rsidRDefault="00BB67CC">
            <w:pPr>
              <w:cnfStyle w:val="000000000000" w:firstRow="0" w:lastRow="0" w:firstColumn="0" w:lastColumn="0" w:oddVBand="0" w:evenVBand="0" w:oddHBand="0" w:evenHBand="0" w:firstRowFirstColumn="0" w:firstRowLastColumn="0" w:lastRowFirstColumn="0" w:lastRowLastColumn="0"/>
              <w:rPr>
                <w:sz w:val="26"/>
                <w:szCs w:val="26"/>
              </w:rPr>
            </w:pPr>
            <w:r w:rsidRPr="00BB67CC">
              <w:rPr>
                <w:sz w:val="26"/>
                <w:szCs w:val="26"/>
              </w:rPr>
              <w:t>Compiled to JVM bytecode</w:t>
            </w:r>
          </w:p>
        </w:tc>
        <w:tc>
          <w:tcPr>
            <w:tcW w:w="4820" w:type="dxa"/>
          </w:tcPr>
          <w:p w14:paraId="5C5F0FDC" w14:textId="77777777" w:rsidR="000B0EE8" w:rsidRPr="00BB67CC" w:rsidRDefault="00BB67CC">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6"/>
                <w:szCs w:val="26"/>
              </w:rPr>
            </w:pPr>
            <w:r w:rsidRPr="00BB67CC">
              <w:rPr>
                <w:rFonts w:ascii="Courier New" w:hAnsi="Courier New" w:cs="Courier New"/>
                <w:sz w:val="26"/>
                <w:szCs w:val="26"/>
              </w:rPr>
              <w:t>println("Hello, World!")</w:t>
            </w:r>
          </w:p>
        </w:tc>
      </w:tr>
      <w:tr w:rsidR="000B0EE8" w:rsidRPr="00BB67CC" w14:paraId="64D582FF" w14:textId="77777777" w:rsidTr="00516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D7C5F29" w14:textId="77777777" w:rsidR="000B0EE8" w:rsidRPr="00BB67CC" w:rsidRDefault="00BB67CC">
            <w:pPr>
              <w:rPr>
                <w:sz w:val="26"/>
                <w:szCs w:val="26"/>
              </w:rPr>
            </w:pPr>
            <w:r w:rsidRPr="00BB67CC">
              <w:rPr>
                <w:sz w:val="26"/>
                <w:szCs w:val="26"/>
              </w:rPr>
              <w:t>Assembly</w:t>
            </w:r>
          </w:p>
        </w:tc>
        <w:tc>
          <w:tcPr>
            <w:tcW w:w="1917" w:type="dxa"/>
          </w:tcPr>
          <w:p w14:paraId="175B6F87"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sz w:val="26"/>
                <w:szCs w:val="26"/>
              </w:rPr>
            </w:pPr>
            <w:r w:rsidRPr="00BB67CC">
              <w:rPr>
                <w:sz w:val="26"/>
                <w:szCs w:val="26"/>
              </w:rPr>
              <w:t>Hardware control, embedded systems</w:t>
            </w:r>
          </w:p>
        </w:tc>
        <w:tc>
          <w:tcPr>
            <w:tcW w:w="1701" w:type="dxa"/>
          </w:tcPr>
          <w:p w14:paraId="29D25A66"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sz w:val="26"/>
                <w:szCs w:val="26"/>
              </w:rPr>
            </w:pPr>
            <w:r w:rsidRPr="00BB67CC">
              <w:rPr>
                <w:sz w:val="26"/>
                <w:szCs w:val="26"/>
              </w:rPr>
              <w:t>Assembled</w:t>
            </w:r>
          </w:p>
        </w:tc>
        <w:tc>
          <w:tcPr>
            <w:tcW w:w="4820" w:type="dxa"/>
          </w:tcPr>
          <w:p w14:paraId="05E2B20E"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6"/>
                <w:szCs w:val="26"/>
              </w:rPr>
            </w:pPr>
            <w:r w:rsidRPr="00BB67CC">
              <w:rPr>
                <w:rFonts w:ascii="Courier New" w:hAnsi="Courier New" w:cs="Courier New"/>
                <w:sz w:val="26"/>
                <w:szCs w:val="26"/>
              </w:rPr>
              <w:t>mov eax, 4; int 0x80;</w:t>
            </w:r>
          </w:p>
        </w:tc>
      </w:tr>
      <w:tr w:rsidR="000B0EE8" w:rsidRPr="00BB67CC" w14:paraId="008244AE" w14:textId="77777777" w:rsidTr="00516457">
        <w:tc>
          <w:tcPr>
            <w:cnfStyle w:val="001000000000" w:firstRow="0" w:lastRow="0" w:firstColumn="1" w:lastColumn="0" w:oddVBand="0" w:evenVBand="0" w:oddHBand="0" w:evenHBand="0" w:firstRowFirstColumn="0" w:firstRowLastColumn="0" w:lastRowFirstColumn="0" w:lastRowLastColumn="0"/>
            <w:tcW w:w="2160" w:type="dxa"/>
          </w:tcPr>
          <w:p w14:paraId="6E0F6E84" w14:textId="77777777" w:rsidR="000B0EE8" w:rsidRPr="00BB67CC" w:rsidRDefault="00BB67CC">
            <w:pPr>
              <w:rPr>
                <w:sz w:val="26"/>
                <w:szCs w:val="26"/>
              </w:rPr>
            </w:pPr>
            <w:r w:rsidRPr="00BB67CC">
              <w:rPr>
                <w:sz w:val="26"/>
                <w:szCs w:val="26"/>
              </w:rPr>
              <w:t>C</w:t>
            </w:r>
          </w:p>
        </w:tc>
        <w:tc>
          <w:tcPr>
            <w:tcW w:w="1917" w:type="dxa"/>
          </w:tcPr>
          <w:p w14:paraId="610F9DC9" w14:textId="77777777" w:rsidR="000B0EE8" w:rsidRPr="00BB67CC" w:rsidRDefault="00BB67CC">
            <w:pPr>
              <w:cnfStyle w:val="000000000000" w:firstRow="0" w:lastRow="0" w:firstColumn="0" w:lastColumn="0" w:oddVBand="0" w:evenVBand="0" w:oddHBand="0" w:evenHBand="0" w:firstRowFirstColumn="0" w:firstRowLastColumn="0" w:lastRowFirstColumn="0" w:lastRowLastColumn="0"/>
              <w:rPr>
                <w:sz w:val="26"/>
                <w:szCs w:val="26"/>
              </w:rPr>
            </w:pPr>
            <w:r w:rsidRPr="00BB67CC">
              <w:rPr>
                <w:sz w:val="26"/>
                <w:szCs w:val="26"/>
              </w:rPr>
              <w:t>Operating systems, embedded software</w:t>
            </w:r>
          </w:p>
        </w:tc>
        <w:tc>
          <w:tcPr>
            <w:tcW w:w="1701" w:type="dxa"/>
          </w:tcPr>
          <w:p w14:paraId="2F250E26" w14:textId="77777777" w:rsidR="000B0EE8" w:rsidRPr="00BB67CC" w:rsidRDefault="00BB67CC">
            <w:pPr>
              <w:cnfStyle w:val="000000000000" w:firstRow="0" w:lastRow="0" w:firstColumn="0" w:lastColumn="0" w:oddVBand="0" w:evenVBand="0" w:oddHBand="0" w:evenHBand="0" w:firstRowFirstColumn="0" w:firstRowLastColumn="0" w:lastRowFirstColumn="0" w:lastRowLastColumn="0"/>
              <w:rPr>
                <w:sz w:val="26"/>
                <w:szCs w:val="26"/>
              </w:rPr>
            </w:pPr>
            <w:r w:rsidRPr="00BB67CC">
              <w:rPr>
                <w:sz w:val="26"/>
                <w:szCs w:val="26"/>
              </w:rPr>
              <w:t>Compiled</w:t>
            </w:r>
          </w:p>
        </w:tc>
        <w:tc>
          <w:tcPr>
            <w:tcW w:w="4820" w:type="dxa"/>
          </w:tcPr>
          <w:p w14:paraId="3B9C9163" w14:textId="77777777" w:rsidR="000B0EE8" w:rsidRPr="00BB67CC" w:rsidRDefault="00BB67CC">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6"/>
                <w:szCs w:val="26"/>
              </w:rPr>
            </w:pPr>
            <w:r w:rsidRPr="00BB67CC">
              <w:rPr>
                <w:rFonts w:ascii="Courier New" w:hAnsi="Courier New" w:cs="Courier New"/>
                <w:sz w:val="26"/>
                <w:szCs w:val="26"/>
              </w:rPr>
              <w:t>printf("Hello, World!");</w:t>
            </w:r>
          </w:p>
        </w:tc>
      </w:tr>
      <w:tr w:rsidR="000B0EE8" w:rsidRPr="00BB67CC" w14:paraId="02CF7E10" w14:textId="77777777" w:rsidTr="00516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0918627" w14:textId="77777777" w:rsidR="000B0EE8" w:rsidRPr="00BB67CC" w:rsidRDefault="00BB67CC">
            <w:pPr>
              <w:rPr>
                <w:sz w:val="26"/>
                <w:szCs w:val="26"/>
              </w:rPr>
            </w:pPr>
            <w:r w:rsidRPr="00BB67CC">
              <w:rPr>
                <w:sz w:val="26"/>
                <w:szCs w:val="26"/>
              </w:rPr>
              <w:t>Scratch</w:t>
            </w:r>
          </w:p>
        </w:tc>
        <w:tc>
          <w:tcPr>
            <w:tcW w:w="1917" w:type="dxa"/>
          </w:tcPr>
          <w:p w14:paraId="09D44FD4"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sz w:val="26"/>
                <w:szCs w:val="26"/>
              </w:rPr>
            </w:pPr>
            <w:r w:rsidRPr="00BB67CC">
              <w:rPr>
                <w:sz w:val="26"/>
                <w:szCs w:val="26"/>
              </w:rPr>
              <w:t>Beginner visual programming</w:t>
            </w:r>
          </w:p>
        </w:tc>
        <w:tc>
          <w:tcPr>
            <w:tcW w:w="1701" w:type="dxa"/>
          </w:tcPr>
          <w:p w14:paraId="310725D6"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sz w:val="26"/>
                <w:szCs w:val="26"/>
              </w:rPr>
            </w:pPr>
            <w:r w:rsidRPr="00BB67CC">
              <w:rPr>
                <w:sz w:val="26"/>
                <w:szCs w:val="26"/>
              </w:rPr>
              <w:t>Interpreted (block-based)</w:t>
            </w:r>
          </w:p>
        </w:tc>
        <w:tc>
          <w:tcPr>
            <w:tcW w:w="4820" w:type="dxa"/>
          </w:tcPr>
          <w:p w14:paraId="7A434C35"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6"/>
                <w:szCs w:val="26"/>
              </w:rPr>
            </w:pPr>
            <w:r w:rsidRPr="00BB67CC">
              <w:rPr>
                <w:rFonts w:ascii="Courier New" w:hAnsi="Courier New" w:cs="Courier New"/>
                <w:sz w:val="26"/>
                <w:szCs w:val="26"/>
              </w:rPr>
              <w:t>Say "Hello World" block</w:t>
            </w:r>
          </w:p>
        </w:tc>
      </w:tr>
      <w:tr w:rsidR="000B0EE8" w:rsidRPr="00BB67CC" w14:paraId="4FDAF30E" w14:textId="77777777" w:rsidTr="00516457">
        <w:tc>
          <w:tcPr>
            <w:cnfStyle w:val="001000000000" w:firstRow="0" w:lastRow="0" w:firstColumn="1" w:lastColumn="0" w:oddVBand="0" w:evenVBand="0" w:oddHBand="0" w:evenHBand="0" w:firstRowFirstColumn="0" w:firstRowLastColumn="0" w:lastRowFirstColumn="0" w:lastRowLastColumn="0"/>
            <w:tcW w:w="2160" w:type="dxa"/>
          </w:tcPr>
          <w:p w14:paraId="6D23DDCA" w14:textId="77777777" w:rsidR="000B0EE8" w:rsidRPr="00BB67CC" w:rsidRDefault="00BB67CC">
            <w:pPr>
              <w:rPr>
                <w:sz w:val="26"/>
                <w:szCs w:val="26"/>
              </w:rPr>
            </w:pPr>
            <w:r w:rsidRPr="00BB67CC">
              <w:rPr>
                <w:sz w:val="26"/>
                <w:szCs w:val="26"/>
              </w:rPr>
              <w:t>Rockstar</w:t>
            </w:r>
          </w:p>
        </w:tc>
        <w:tc>
          <w:tcPr>
            <w:tcW w:w="1917" w:type="dxa"/>
          </w:tcPr>
          <w:p w14:paraId="14006E26" w14:textId="77777777" w:rsidR="000B0EE8" w:rsidRPr="00BB67CC" w:rsidRDefault="00BB67CC">
            <w:pPr>
              <w:cnfStyle w:val="000000000000" w:firstRow="0" w:lastRow="0" w:firstColumn="0" w:lastColumn="0" w:oddVBand="0" w:evenVBand="0" w:oddHBand="0" w:evenHBand="0" w:firstRowFirstColumn="0" w:firstRowLastColumn="0" w:lastRowFirstColumn="0" w:lastRowLastColumn="0"/>
              <w:rPr>
                <w:sz w:val="26"/>
                <w:szCs w:val="26"/>
              </w:rPr>
            </w:pPr>
            <w:r w:rsidRPr="00BB67CC">
              <w:rPr>
                <w:sz w:val="26"/>
                <w:szCs w:val="26"/>
              </w:rPr>
              <w:t>Music-themed novelty</w:t>
            </w:r>
          </w:p>
        </w:tc>
        <w:tc>
          <w:tcPr>
            <w:tcW w:w="1701" w:type="dxa"/>
          </w:tcPr>
          <w:p w14:paraId="6F8E513D" w14:textId="77777777" w:rsidR="000B0EE8" w:rsidRPr="00BB67CC" w:rsidRDefault="00BB67CC">
            <w:pPr>
              <w:cnfStyle w:val="000000000000" w:firstRow="0" w:lastRow="0" w:firstColumn="0" w:lastColumn="0" w:oddVBand="0" w:evenVBand="0" w:oddHBand="0" w:evenHBand="0" w:firstRowFirstColumn="0" w:firstRowLastColumn="0" w:lastRowFirstColumn="0" w:lastRowLastColumn="0"/>
              <w:rPr>
                <w:sz w:val="26"/>
                <w:szCs w:val="26"/>
              </w:rPr>
            </w:pPr>
            <w:r w:rsidRPr="00BB67CC">
              <w:rPr>
                <w:sz w:val="26"/>
                <w:szCs w:val="26"/>
              </w:rPr>
              <w:t>Interpreted</w:t>
            </w:r>
          </w:p>
        </w:tc>
        <w:tc>
          <w:tcPr>
            <w:tcW w:w="4820" w:type="dxa"/>
          </w:tcPr>
          <w:p w14:paraId="41CF7C28" w14:textId="77777777" w:rsidR="000B0EE8" w:rsidRPr="00BB67CC" w:rsidRDefault="00BB67CC">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6"/>
                <w:szCs w:val="26"/>
              </w:rPr>
            </w:pPr>
            <w:r w:rsidRPr="00BB67CC">
              <w:rPr>
                <w:rFonts w:ascii="Courier New" w:hAnsi="Courier New" w:cs="Courier New"/>
                <w:sz w:val="26"/>
                <w:szCs w:val="26"/>
              </w:rPr>
              <w:t>Tommy says "Hello, World!"</w:t>
            </w:r>
          </w:p>
        </w:tc>
      </w:tr>
      <w:tr w:rsidR="000B0EE8" w:rsidRPr="00BB67CC" w14:paraId="50945E9E" w14:textId="77777777" w:rsidTr="00516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DAB48D7" w14:textId="1CD511B5" w:rsidR="000B0EE8" w:rsidRPr="00BB67CC" w:rsidRDefault="00BB67CC">
            <w:pPr>
              <w:rPr>
                <w:sz w:val="26"/>
                <w:szCs w:val="26"/>
              </w:rPr>
            </w:pPr>
            <w:r w:rsidRPr="00BB67CC">
              <w:rPr>
                <w:sz w:val="26"/>
                <w:szCs w:val="26"/>
              </w:rPr>
              <w:t>Brain****</w:t>
            </w:r>
          </w:p>
        </w:tc>
        <w:tc>
          <w:tcPr>
            <w:tcW w:w="1917" w:type="dxa"/>
          </w:tcPr>
          <w:p w14:paraId="4F161108"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sz w:val="26"/>
                <w:szCs w:val="26"/>
              </w:rPr>
            </w:pPr>
            <w:r w:rsidRPr="00BB67CC">
              <w:rPr>
                <w:sz w:val="26"/>
                <w:szCs w:val="26"/>
              </w:rPr>
              <w:t>Minimalist, educational fun</w:t>
            </w:r>
          </w:p>
        </w:tc>
        <w:tc>
          <w:tcPr>
            <w:tcW w:w="1701" w:type="dxa"/>
          </w:tcPr>
          <w:p w14:paraId="1C985133"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sz w:val="26"/>
                <w:szCs w:val="26"/>
              </w:rPr>
            </w:pPr>
            <w:r w:rsidRPr="00BB67CC">
              <w:rPr>
                <w:sz w:val="26"/>
                <w:szCs w:val="26"/>
              </w:rPr>
              <w:t>Interpreted</w:t>
            </w:r>
          </w:p>
        </w:tc>
        <w:tc>
          <w:tcPr>
            <w:tcW w:w="4820" w:type="dxa"/>
          </w:tcPr>
          <w:p w14:paraId="1A6FDD95" w14:textId="77777777" w:rsidR="000B0EE8" w:rsidRPr="00BB67CC" w:rsidRDefault="00BB67CC">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6"/>
                <w:szCs w:val="26"/>
              </w:rPr>
            </w:pPr>
            <w:r w:rsidRPr="00BB67CC">
              <w:rPr>
                <w:rFonts w:ascii="Courier New" w:hAnsi="Courier New" w:cs="Courier New"/>
                <w:sz w:val="26"/>
                <w:szCs w:val="26"/>
              </w:rPr>
              <w:t>+[&gt;++++++++&lt;-]&gt;+.</w:t>
            </w:r>
          </w:p>
        </w:tc>
      </w:tr>
    </w:tbl>
    <w:p w14:paraId="66FEA3CB" w14:textId="77777777" w:rsidR="000B0EE8" w:rsidRDefault="00BB67CC">
      <w:r>
        <w:br/>
      </w:r>
    </w:p>
    <w:p w14:paraId="51DE9F20" w14:textId="77777777" w:rsidR="000B0EE8" w:rsidRDefault="00BB67CC">
      <w:pPr>
        <w:pStyle w:val="Heading2"/>
      </w:pPr>
      <w:r>
        <w:t>Notes</w:t>
      </w:r>
    </w:p>
    <w:p w14:paraId="74BB1E30" w14:textId="77777777" w:rsidR="009725A3" w:rsidRPr="009725A3" w:rsidRDefault="009725A3" w:rsidP="009725A3">
      <w:pPr>
        <w:rPr>
          <w:lang w:val="en-GB"/>
        </w:rPr>
      </w:pPr>
      <w:r w:rsidRPr="009725A3">
        <w:rPr>
          <w:lang w:val="en-GB"/>
        </w:rPr>
        <w:t xml:space="preserve">Programming languages can be divided into two main categories based on how they are executed — </w:t>
      </w:r>
      <w:r w:rsidRPr="009725A3">
        <w:rPr>
          <w:b/>
          <w:bCs/>
          <w:lang w:val="en-GB"/>
        </w:rPr>
        <w:t>compiled</w:t>
      </w:r>
      <w:r w:rsidRPr="009725A3">
        <w:rPr>
          <w:lang w:val="en-GB"/>
        </w:rPr>
        <w:t xml:space="preserve"> and </w:t>
      </w:r>
      <w:r w:rsidRPr="009725A3">
        <w:rPr>
          <w:b/>
          <w:bCs/>
          <w:lang w:val="en-GB"/>
        </w:rPr>
        <w:t>interpreted</w:t>
      </w:r>
      <w:r w:rsidRPr="009725A3">
        <w:rPr>
          <w:lang w:val="en-GB"/>
        </w:rPr>
        <w:t xml:space="preserve">. In a </w:t>
      </w:r>
      <w:r w:rsidRPr="009725A3">
        <w:rPr>
          <w:i/>
          <w:iCs/>
          <w:lang w:val="en-GB"/>
        </w:rPr>
        <w:t>compiled</w:t>
      </w:r>
      <w:r w:rsidRPr="009725A3">
        <w:rPr>
          <w:lang w:val="en-GB"/>
        </w:rPr>
        <w:t xml:space="preserve"> language, the entire source code is translated by a compiler into machine code before the program runs. This machine code can then be executed directly by the computer’s processor. Because the translation happens in advance, compiled programs often run very quickly and efficiently. Examples of compiled languages include </w:t>
      </w:r>
      <w:r w:rsidRPr="009725A3">
        <w:rPr>
          <w:b/>
          <w:bCs/>
          <w:lang w:val="en-GB"/>
        </w:rPr>
        <w:t>C</w:t>
      </w:r>
      <w:r w:rsidRPr="009725A3">
        <w:rPr>
          <w:lang w:val="en-GB"/>
        </w:rPr>
        <w:t xml:space="preserve">, </w:t>
      </w:r>
      <w:r w:rsidRPr="009725A3">
        <w:rPr>
          <w:b/>
          <w:bCs/>
          <w:lang w:val="en-GB"/>
        </w:rPr>
        <w:t>C++</w:t>
      </w:r>
      <w:r w:rsidRPr="009725A3">
        <w:rPr>
          <w:lang w:val="en-GB"/>
        </w:rPr>
        <w:t xml:space="preserve">, </w:t>
      </w:r>
      <w:r w:rsidRPr="009725A3">
        <w:rPr>
          <w:b/>
          <w:bCs/>
          <w:lang w:val="en-GB"/>
        </w:rPr>
        <w:t>Go</w:t>
      </w:r>
      <w:r w:rsidRPr="009725A3">
        <w:rPr>
          <w:lang w:val="en-GB"/>
        </w:rPr>
        <w:t xml:space="preserve">, and </w:t>
      </w:r>
      <w:r w:rsidRPr="009725A3">
        <w:rPr>
          <w:b/>
          <w:bCs/>
          <w:lang w:val="en-GB"/>
        </w:rPr>
        <w:t>Rust</w:t>
      </w:r>
      <w:r w:rsidRPr="009725A3">
        <w:rPr>
          <w:lang w:val="en-GB"/>
        </w:rPr>
        <w:t>.</w:t>
      </w:r>
    </w:p>
    <w:p w14:paraId="4982195D" w14:textId="77777777" w:rsidR="009725A3" w:rsidRPr="009725A3" w:rsidRDefault="009725A3" w:rsidP="009725A3">
      <w:pPr>
        <w:rPr>
          <w:lang w:val="en-GB"/>
        </w:rPr>
      </w:pPr>
      <w:r w:rsidRPr="009725A3">
        <w:rPr>
          <w:lang w:val="en-GB"/>
        </w:rPr>
        <w:t xml:space="preserve">In contrast, </w:t>
      </w:r>
      <w:r w:rsidRPr="009725A3">
        <w:rPr>
          <w:b/>
          <w:bCs/>
          <w:lang w:val="en-GB"/>
        </w:rPr>
        <w:t>interpreted languages</w:t>
      </w:r>
      <w:r w:rsidRPr="009725A3">
        <w:rPr>
          <w:lang w:val="en-GB"/>
        </w:rPr>
        <w:t xml:space="preserve"> are translated </w:t>
      </w:r>
      <w:r w:rsidRPr="009725A3">
        <w:rPr>
          <w:i/>
          <w:iCs/>
          <w:lang w:val="en-GB"/>
        </w:rPr>
        <w:t>line by line</w:t>
      </w:r>
      <w:r w:rsidRPr="009725A3">
        <w:rPr>
          <w:lang w:val="en-GB"/>
        </w:rPr>
        <w:t xml:space="preserve"> by an interpreter while the program is running. This means you can test and modify code quickly without needing to compile it first, which makes interpreted languages excellent for rapid development and learning. However, because each instruction must be interpreted as it runs, interpreted programs tend to be slower. Common examples include </w:t>
      </w:r>
      <w:r w:rsidRPr="009725A3">
        <w:rPr>
          <w:b/>
          <w:bCs/>
          <w:lang w:val="en-GB"/>
        </w:rPr>
        <w:t>Python</w:t>
      </w:r>
      <w:r w:rsidRPr="009725A3">
        <w:rPr>
          <w:lang w:val="en-GB"/>
        </w:rPr>
        <w:t xml:space="preserve">, </w:t>
      </w:r>
      <w:r w:rsidRPr="009725A3">
        <w:rPr>
          <w:b/>
          <w:bCs/>
          <w:lang w:val="en-GB"/>
        </w:rPr>
        <w:t>JavaScript</w:t>
      </w:r>
      <w:r w:rsidRPr="009725A3">
        <w:rPr>
          <w:lang w:val="en-GB"/>
        </w:rPr>
        <w:t xml:space="preserve">, and </w:t>
      </w:r>
      <w:r w:rsidRPr="009725A3">
        <w:rPr>
          <w:b/>
          <w:bCs/>
          <w:lang w:val="en-GB"/>
        </w:rPr>
        <w:t>Ruby</w:t>
      </w:r>
      <w:r w:rsidRPr="009725A3">
        <w:rPr>
          <w:lang w:val="en-GB"/>
        </w:rPr>
        <w:t>.</w:t>
      </w:r>
    </w:p>
    <w:p w14:paraId="1F13DD6D" w14:textId="77777777" w:rsidR="009725A3" w:rsidRPr="009725A3" w:rsidRDefault="009725A3" w:rsidP="009725A3">
      <w:pPr>
        <w:rPr>
          <w:lang w:val="en-GB"/>
        </w:rPr>
      </w:pPr>
      <w:r w:rsidRPr="009725A3">
        <w:rPr>
          <w:lang w:val="en-GB"/>
        </w:rPr>
        <w:t xml:space="preserve">Some modern languages use a </w:t>
      </w:r>
      <w:r w:rsidRPr="009725A3">
        <w:rPr>
          <w:b/>
          <w:bCs/>
          <w:lang w:val="en-GB"/>
        </w:rPr>
        <w:t>hybrid approach</w:t>
      </w:r>
      <w:r w:rsidRPr="009725A3">
        <w:rPr>
          <w:lang w:val="en-GB"/>
        </w:rPr>
        <w:t xml:space="preserve">, combining the best of both worlds. For instance, </w:t>
      </w:r>
      <w:r w:rsidRPr="009725A3">
        <w:rPr>
          <w:b/>
          <w:bCs/>
          <w:lang w:val="en-GB"/>
        </w:rPr>
        <w:t>Java</w:t>
      </w:r>
      <w:r w:rsidRPr="009725A3">
        <w:rPr>
          <w:lang w:val="en-GB"/>
        </w:rPr>
        <w:t xml:space="preserve"> and </w:t>
      </w:r>
      <w:r w:rsidRPr="009725A3">
        <w:rPr>
          <w:b/>
          <w:bCs/>
          <w:lang w:val="en-GB"/>
        </w:rPr>
        <w:t>C#</w:t>
      </w:r>
      <w:r w:rsidRPr="009725A3">
        <w:rPr>
          <w:lang w:val="en-GB"/>
        </w:rPr>
        <w:t xml:space="preserve"> are first compiled into an intermediate form (bytecode) and then interpreted or executed by a virtual machine. This allows them to be portable across different systems while maintaining reasonable performance. Understanding these differences helps programmers choose the right tool for each project — balancing speed, flexibility, and ease of debugging.</w:t>
      </w:r>
    </w:p>
    <w:p w14:paraId="5635CC3E" w14:textId="0F14D899" w:rsidR="000B0EE8" w:rsidRDefault="00BB67CC">
      <w:r>
        <w:br/>
      </w:r>
      <w:r>
        <w:br/>
      </w:r>
      <w:r>
        <w:br/>
      </w:r>
      <w:r w:rsidR="0035288C">
        <w:t>END</w:t>
      </w:r>
    </w:p>
    <w:sectPr w:rsidR="000B0EE8" w:rsidSect="00BB67CC">
      <w:pgSz w:w="12240" w:h="15840"/>
      <w:pgMar w:top="709" w:right="850" w:bottom="709"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39967D0"/>
    <w:multiLevelType w:val="hybridMultilevel"/>
    <w:tmpl w:val="BB1820C6"/>
    <w:lvl w:ilvl="0" w:tplc="B59A6128">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DA7B92"/>
    <w:multiLevelType w:val="hybridMultilevel"/>
    <w:tmpl w:val="BD9CA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6519957">
    <w:abstractNumId w:val="8"/>
  </w:num>
  <w:num w:numId="2" w16cid:durableId="246036906">
    <w:abstractNumId w:val="6"/>
  </w:num>
  <w:num w:numId="3" w16cid:durableId="1112436539">
    <w:abstractNumId w:val="5"/>
  </w:num>
  <w:num w:numId="4" w16cid:durableId="1654412060">
    <w:abstractNumId w:val="4"/>
  </w:num>
  <w:num w:numId="5" w16cid:durableId="840437999">
    <w:abstractNumId w:val="7"/>
  </w:num>
  <w:num w:numId="6" w16cid:durableId="189490337">
    <w:abstractNumId w:val="3"/>
  </w:num>
  <w:num w:numId="7" w16cid:durableId="1290939417">
    <w:abstractNumId w:val="2"/>
  </w:num>
  <w:num w:numId="8" w16cid:durableId="1469323805">
    <w:abstractNumId w:val="1"/>
  </w:num>
  <w:num w:numId="9" w16cid:durableId="1038968487">
    <w:abstractNumId w:val="0"/>
  </w:num>
  <w:num w:numId="10" w16cid:durableId="2060207306">
    <w:abstractNumId w:val="10"/>
  </w:num>
  <w:num w:numId="11" w16cid:durableId="16519028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0EE8"/>
    <w:rsid w:val="0015074B"/>
    <w:rsid w:val="0029639D"/>
    <w:rsid w:val="00326F90"/>
    <w:rsid w:val="0035288C"/>
    <w:rsid w:val="00516457"/>
    <w:rsid w:val="00533CD3"/>
    <w:rsid w:val="009725A3"/>
    <w:rsid w:val="00AA1D8D"/>
    <w:rsid w:val="00B47730"/>
    <w:rsid w:val="00BB67CC"/>
    <w:rsid w:val="00CB0664"/>
    <w:rsid w:val="00E66F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131A19"/>
  <w14:defaultImageDpi w14:val="300"/>
  <w15:docId w15:val="{76CDAD6F-65C9-4972-B612-487241D67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rebuchet MS" w:hAnsi="Trebuchet MS"/>
    </w:rPr>
  </w:style>
  <w:style w:type="paragraph" w:styleId="Heading1">
    <w:name w:val="heading 1"/>
    <w:basedOn w:val="Normal"/>
    <w:next w:val="Normal"/>
    <w:link w:val="Heading1Char"/>
    <w:uiPriority w:val="9"/>
    <w:qFormat/>
    <w:rsid w:val="00FC693F"/>
    <w:pPr>
      <w:keepNext/>
      <w:keepLines/>
      <w:spacing w:before="480" w:after="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eastAsiaTheme="majorEastAsia"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Trebuchet MS" w:hAnsi="Trebuchet MS"/>
    </w:rPr>
  </w:style>
  <w:style w:type="character" w:customStyle="1" w:styleId="Heading1Char">
    <w:name w:val="Heading 1 Char"/>
    <w:basedOn w:val="DefaultParagraphFont"/>
    <w:link w:val="Heading1"/>
    <w:uiPriority w:val="9"/>
    <w:rsid w:val="00FC693F"/>
    <w:rPr>
      <w:rFonts w:ascii="Trebuchet MS" w:eastAsiaTheme="majorEastAsia" w:hAnsi="Trebuchet MS" w:cstheme="majorBidi"/>
      <w:b/>
      <w:bCs/>
      <w:sz w:val="28"/>
      <w:szCs w:val="28"/>
    </w:rPr>
  </w:style>
  <w:style w:type="character" w:customStyle="1" w:styleId="Heading2Char">
    <w:name w:val="Heading 2 Char"/>
    <w:basedOn w:val="DefaultParagraphFont"/>
    <w:link w:val="Heading2"/>
    <w:uiPriority w:val="9"/>
    <w:rsid w:val="00FC693F"/>
    <w:rPr>
      <w:rFonts w:ascii="Trebuchet MS" w:eastAsiaTheme="majorEastAsia" w:hAnsi="Trebuchet MS" w:cstheme="majorBidi"/>
      <w:b/>
      <w:bCs/>
      <w:sz w:val="26"/>
      <w:szCs w:val="26"/>
    </w:rPr>
  </w:style>
  <w:style w:type="character" w:customStyle="1" w:styleId="Heading3Char">
    <w:name w:val="Heading 3 Char"/>
    <w:basedOn w:val="DefaultParagraphFont"/>
    <w:link w:val="Heading3"/>
    <w:uiPriority w:val="9"/>
    <w:rsid w:val="00FC693F"/>
    <w:rPr>
      <w:rFonts w:ascii="Trebuchet MS" w:eastAsiaTheme="majorEastAsia" w:hAnsi="Trebuchet MS" w:cstheme="majorBidi"/>
      <w:b/>
      <w:bCs/>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rsid w:val="00FC693F"/>
    <w:rPr>
      <w:rFonts w:ascii="Trebuchet MS" w:eastAsiaTheme="majorEastAsia" w:hAnsi="Trebuchet MS" w:cstheme="majorBidi"/>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rebuchet MS" w:eastAsiaTheme="majorEastAsia" w:hAnsi="Trebuchet MS" w:cstheme="majorBidi"/>
      <w:b/>
      <w:bCs/>
      <w:i/>
      <w:iCs/>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
    <w:name w:val="Code"/>
    <w:basedOn w:val="Normal"/>
    <w:link w:val="CodeChar"/>
    <w:rsid w:val="00BB67CC"/>
    <w:rPr>
      <w:rFonts w:ascii="Courier New" w:eastAsiaTheme="majorEastAsia" w:hAnsi="Courier New" w:cs="Courier New"/>
      <w:szCs w:val="28"/>
    </w:rPr>
  </w:style>
  <w:style w:type="character" w:customStyle="1" w:styleId="CodeChar">
    <w:name w:val="Code Char"/>
    <w:basedOn w:val="Heading1Char"/>
    <w:link w:val="Code"/>
    <w:rsid w:val="00BB67CC"/>
    <w:rPr>
      <w:rFonts w:ascii="Courier New" w:eastAsiaTheme="majorEastAsia" w:hAnsi="Courier New" w:cs="Courier New"/>
      <w:b w:val="0"/>
      <w:bCs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391</Words>
  <Characters>2722</Characters>
  <Application>Microsoft Office Word</Application>
  <DocSecurity>0</DocSecurity>
  <Lines>247</Lines>
  <Paragraphs>155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Simon Rundell</cp:lastModifiedBy>
  <cp:revision>6</cp:revision>
  <dcterms:created xsi:type="dcterms:W3CDTF">2025-10-28T08:33:00Z</dcterms:created>
  <dcterms:modified xsi:type="dcterms:W3CDTF">2025-10-28T08:45:00Z</dcterms:modified>
  <cp:category/>
</cp:coreProperties>
</file>