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D4AC" w14:textId="77777777" w:rsidR="000B0EE8" w:rsidRDefault="00000000" w:rsidP="00BB67CC">
      <w:pPr>
        <w:pStyle w:val="Title"/>
      </w:pPr>
      <w:r>
        <w:t>Programming Language Explorer Worksheet</w:t>
      </w:r>
    </w:p>
    <w:p w14:paraId="0E139E1C" w14:textId="77777777" w:rsidR="000B0EE8" w:rsidRDefault="00000000">
      <w:r>
        <w:t>In pairs, choose one programming language from the list below. Research the following questions and record your findings:</w:t>
      </w:r>
    </w:p>
    <w:p w14:paraId="21A54C10" w14:textId="57FAEF9D" w:rsidR="000B0EE8" w:rsidRDefault="00000000" w:rsidP="00BB67CC">
      <w:pPr>
        <w:pStyle w:val="ListParagraph"/>
        <w:numPr>
          <w:ilvl w:val="0"/>
          <w:numId w:val="11"/>
        </w:numPr>
      </w:pPr>
      <w:r>
        <w:t>What is it used for?</w:t>
      </w:r>
    </w:p>
    <w:p w14:paraId="5D63C044" w14:textId="729D95EE" w:rsidR="000B0EE8" w:rsidRDefault="00000000" w:rsidP="00BB67CC">
      <w:pPr>
        <w:pStyle w:val="ListParagraph"/>
        <w:numPr>
          <w:ilvl w:val="0"/>
          <w:numId w:val="11"/>
        </w:numPr>
      </w:pPr>
      <w:r>
        <w:t>Is it compiled or interpreted?</w:t>
      </w:r>
    </w:p>
    <w:p w14:paraId="56D3C69B" w14:textId="52341DAC" w:rsidR="000B0EE8" w:rsidRDefault="00000000" w:rsidP="00BB67CC">
      <w:pPr>
        <w:pStyle w:val="ListParagraph"/>
        <w:numPr>
          <w:ilvl w:val="0"/>
          <w:numId w:val="11"/>
        </w:numPr>
      </w:pPr>
      <w:r>
        <w:t>Find and write out a 'Hello World' example.</w:t>
      </w:r>
    </w:p>
    <w:p w14:paraId="1A2BB496" w14:textId="77777777" w:rsidR="00BB67CC" w:rsidRDefault="00BB67CC"/>
    <w:p w14:paraId="15771EFF" w14:textId="14639382" w:rsidR="000B0EE8" w:rsidRDefault="00000000">
      <w:r>
        <w:t xml:space="preserve">Record your results </w:t>
      </w:r>
      <w:r w:rsidR="00ED20D1">
        <w:t xml:space="preserve">in this document and </w:t>
      </w:r>
      <w:proofErr w:type="gramStart"/>
      <w:r w:rsidR="00ED20D1">
        <w:t>upload</w:t>
      </w:r>
      <w:proofErr w:type="gramEnd"/>
      <w:r w:rsidR="00ED20D1">
        <w:t xml:space="preserve"> to OneNote</w:t>
      </w:r>
      <w:r>
        <w:t>.</w:t>
      </w:r>
      <w:r>
        <w:br/>
      </w:r>
    </w:p>
    <w:tbl>
      <w:tblPr>
        <w:tblStyle w:val="ColorfulGrid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1"/>
        <w:gridCol w:w="1906"/>
        <w:gridCol w:w="1700"/>
        <w:gridCol w:w="4773"/>
      </w:tblGrid>
      <w:tr w:rsidR="000B0EE8" w:rsidRPr="00BB67CC" w14:paraId="1FBB792B" w14:textId="77777777" w:rsidTr="002518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5ECEBB0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Language</w:t>
            </w:r>
          </w:p>
        </w:tc>
        <w:tc>
          <w:tcPr>
            <w:tcW w:w="1917" w:type="dxa"/>
          </w:tcPr>
          <w:p w14:paraId="3D1A8A9E" w14:textId="77777777" w:rsidR="000B0EE8" w:rsidRPr="00BB67C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Typical Use</w:t>
            </w:r>
          </w:p>
        </w:tc>
        <w:tc>
          <w:tcPr>
            <w:tcW w:w="1701" w:type="dxa"/>
          </w:tcPr>
          <w:p w14:paraId="3E449468" w14:textId="77777777" w:rsidR="000B0EE8" w:rsidRPr="00BB67C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Compiled / Interpreted</w:t>
            </w:r>
          </w:p>
        </w:tc>
        <w:tc>
          <w:tcPr>
            <w:tcW w:w="4820" w:type="dxa"/>
          </w:tcPr>
          <w:p w14:paraId="67FE3EC8" w14:textId="77777777" w:rsidR="000B0EE8" w:rsidRPr="00BB67C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proofErr w:type="gramStart"/>
            <w:r w:rsidRPr="00BB67CC">
              <w:rPr>
                <w:sz w:val="26"/>
                <w:szCs w:val="26"/>
              </w:rPr>
              <w:t>Hello World Example</w:t>
            </w:r>
            <w:proofErr w:type="gramEnd"/>
          </w:p>
        </w:tc>
      </w:tr>
      <w:tr w:rsidR="000B0EE8" w:rsidRPr="00BB67CC" w14:paraId="748C83AD" w14:textId="77777777" w:rsidTr="00251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624196B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Python</w:t>
            </w:r>
          </w:p>
        </w:tc>
        <w:tc>
          <w:tcPr>
            <w:tcW w:w="1917" w:type="dxa"/>
          </w:tcPr>
          <w:p w14:paraId="61F023EB" w14:textId="3252F4D9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549EC690" w14:textId="0DCDFC41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6A345422" w14:textId="33A9A28E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1EFF07EF" w14:textId="77777777" w:rsidTr="002518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DA47032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JavaScript</w:t>
            </w:r>
          </w:p>
        </w:tc>
        <w:tc>
          <w:tcPr>
            <w:tcW w:w="1917" w:type="dxa"/>
          </w:tcPr>
          <w:p w14:paraId="3870FAD1" w14:textId="6AB0AEBE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6152F6CB" w14:textId="02BEBEF7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46D2C5E7" w14:textId="3387FB41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735CA8A2" w14:textId="77777777" w:rsidTr="00251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8E02D92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PHP</w:t>
            </w:r>
          </w:p>
        </w:tc>
        <w:tc>
          <w:tcPr>
            <w:tcW w:w="1917" w:type="dxa"/>
          </w:tcPr>
          <w:p w14:paraId="0B411A66" w14:textId="750B56CC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5B9E8528" w14:textId="26BE7E98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6B674205" w14:textId="172CA4E4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64765CE9" w14:textId="77777777" w:rsidTr="002518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4BE4191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Ruby</w:t>
            </w:r>
          </w:p>
        </w:tc>
        <w:tc>
          <w:tcPr>
            <w:tcW w:w="1917" w:type="dxa"/>
          </w:tcPr>
          <w:p w14:paraId="51E6351C" w14:textId="6199DAC3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0790606C" w14:textId="5C5FC873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48CFBC44" w14:textId="4F0DB82F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6DE93E9B" w14:textId="77777777" w:rsidTr="00251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BD7392D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Lua</w:t>
            </w:r>
          </w:p>
        </w:tc>
        <w:tc>
          <w:tcPr>
            <w:tcW w:w="1917" w:type="dxa"/>
          </w:tcPr>
          <w:p w14:paraId="7AB947B7" w14:textId="0E813E91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3101258D" w14:textId="1868FB66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140A659F" w14:textId="666A55C3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274858CE" w14:textId="77777777" w:rsidTr="002518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813A2D7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Java</w:t>
            </w:r>
          </w:p>
        </w:tc>
        <w:tc>
          <w:tcPr>
            <w:tcW w:w="1917" w:type="dxa"/>
          </w:tcPr>
          <w:p w14:paraId="145AE68D" w14:textId="0F84E8C3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7E4B7DE5" w14:textId="22B832E3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3129AFC1" w14:textId="0F49F13C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35B4F915" w14:textId="77777777" w:rsidTr="00251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D839A93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C++</w:t>
            </w:r>
          </w:p>
        </w:tc>
        <w:tc>
          <w:tcPr>
            <w:tcW w:w="1917" w:type="dxa"/>
          </w:tcPr>
          <w:p w14:paraId="5CCDB4AB" w14:textId="260D6FC3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5A98F7F5" w14:textId="1ACF8426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396D6B2A" w14:textId="78E24073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70C584D5" w14:textId="77777777" w:rsidTr="002518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AC477C3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C#</w:t>
            </w:r>
          </w:p>
        </w:tc>
        <w:tc>
          <w:tcPr>
            <w:tcW w:w="1917" w:type="dxa"/>
          </w:tcPr>
          <w:p w14:paraId="5E336B93" w14:textId="55F636E9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75B2CA6E" w14:textId="5075E59A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670CCA9B" w14:textId="6C854A07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2FABD812" w14:textId="77777777" w:rsidTr="00251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485C820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Go (Golang)</w:t>
            </w:r>
          </w:p>
        </w:tc>
        <w:tc>
          <w:tcPr>
            <w:tcW w:w="1917" w:type="dxa"/>
          </w:tcPr>
          <w:p w14:paraId="7B5B716D" w14:textId="3DB0BED1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7E1B61D3" w14:textId="22554E7C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7B84C5F9" w14:textId="61A56D0C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331E3197" w14:textId="77777777" w:rsidTr="002518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E8CF2B1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Rust</w:t>
            </w:r>
          </w:p>
        </w:tc>
        <w:tc>
          <w:tcPr>
            <w:tcW w:w="1917" w:type="dxa"/>
          </w:tcPr>
          <w:p w14:paraId="30476D6F" w14:textId="04660B9D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3F3DFBFD" w14:textId="371038F6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47F8E962" w14:textId="4095349D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7CFCE9AF" w14:textId="77777777" w:rsidTr="00251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861314B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Swift</w:t>
            </w:r>
          </w:p>
        </w:tc>
        <w:tc>
          <w:tcPr>
            <w:tcW w:w="1917" w:type="dxa"/>
          </w:tcPr>
          <w:p w14:paraId="33ACD001" w14:textId="0E6CE5E8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07B49454" w14:textId="5787C3BC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35AB0573" w14:textId="59D83C22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45F04463" w14:textId="77777777" w:rsidTr="002518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D9DE7C5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Kotlin</w:t>
            </w:r>
          </w:p>
        </w:tc>
        <w:tc>
          <w:tcPr>
            <w:tcW w:w="1917" w:type="dxa"/>
          </w:tcPr>
          <w:p w14:paraId="7DD13A84" w14:textId="14CA8D03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5EBEE4DE" w14:textId="1ADC6991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5C5F0FDC" w14:textId="02BCAA42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64D582FF" w14:textId="77777777" w:rsidTr="00251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D7C5F29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Assembly</w:t>
            </w:r>
          </w:p>
        </w:tc>
        <w:tc>
          <w:tcPr>
            <w:tcW w:w="1917" w:type="dxa"/>
          </w:tcPr>
          <w:p w14:paraId="175B6F87" w14:textId="4E3CDF2B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29D25A66" w14:textId="75836EC1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05E2B20E" w14:textId="39907273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008244AE" w14:textId="77777777" w:rsidTr="002518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E0F6E84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C</w:t>
            </w:r>
          </w:p>
        </w:tc>
        <w:tc>
          <w:tcPr>
            <w:tcW w:w="1917" w:type="dxa"/>
          </w:tcPr>
          <w:p w14:paraId="610F9DC9" w14:textId="26B1308F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2F250E26" w14:textId="0E9C8BF0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3B9C9163" w14:textId="104A549C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02CF7E10" w14:textId="77777777" w:rsidTr="00251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0918627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Scratch</w:t>
            </w:r>
          </w:p>
        </w:tc>
        <w:tc>
          <w:tcPr>
            <w:tcW w:w="1917" w:type="dxa"/>
          </w:tcPr>
          <w:p w14:paraId="09D44FD4" w14:textId="7EBAAEA5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310725D6" w14:textId="0BD4D34B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7A434C35" w14:textId="76A0A487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4FDAF30E" w14:textId="77777777" w:rsidTr="002518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D23DDCA" w14:textId="77777777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Rockstar</w:t>
            </w:r>
          </w:p>
        </w:tc>
        <w:tc>
          <w:tcPr>
            <w:tcW w:w="1917" w:type="dxa"/>
          </w:tcPr>
          <w:p w14:paraId="14006E26" w14:textId="410D9843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6F8E513D" w14:textId="388AD4AC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41CF7C28" w14:textId="5ACAFE4E" w:rsidR="000B0EE8" w:rsidRPr="00BB67CC" w:rsidRDefault="000B0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  <w:tr w:rsidR="000B0EE8" w:rsidRPr="00BB67CC" w14:paraId="50945E9E" w14:textId="77777777" w:rsidTr="00251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DAB48D7" w14:textId="1CD511B5" w:rsidR="000B0EE8" w:rsidRPr="00BB67CC" w:rsidRDefault="00000000">
            <w:pPr>
              <w:rPr>
                <w:sz w:val="26"/>
                <w:szCs w:val="26"/>
              </w:rPr>
            </w:pPr>
            <w:r w:rsidRPr="00BB67CC">
              <w:rPr>
                <w:sz w:val="26"/>
                <w:szCs w:val="26"/>
              </w:rPr>
              <w:t>Brain</w:t>
            </w:r>
            <w:r w:rsidR="00BB67CC" w:rsidRPr="00BB67CC">
              <w:rPr>
                <w:sz w:val="26"/>
                <w:szCs w:val="26"/>
              </w:rPr>
              <w:t>****</w:t>
            </w:r>
          </w:p>
        </w:tc>
        <w:tc>
          <w:tcPr>
            <w:tcW w:w="1917" w:type="dxa"/>
          </w:tcPr>
          <w:p w14:paraId="4F161108" w14:textId="053CD894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1C985133" w14:textId="5A8040A5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14:paraId="1A6FDD95" w14:textId="41970AA5" w:rsidR="000B0EE8" w:rsidRPr="00BB67CC" w:rsidRDefault="000B0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26"/>
                <w:szCs w:val="26"/>
              </w:rPr>
            </w:pPr>
          </w:p>
        </w:tc>
      </w:tr>
    </w:tbl>
    <w:p w14:paraId="66FEA3CB" w14:textId="77777777" w:rsidR="000B0EE8" w:rsidRDefault="00000000">
      <w:r>
        <w:br/>
      </w:r>
    </w:p>
    <w:p w14:paraId="51DE9F20" w14:textId="77777777" w:rsidR="000B0EE8" w:rsidRDefault="00000000">
      <w:pPr>
        <w:pStyle w:val="Heading2"/>
      </w:pPr>
      <w:r>
        <w:t>Notes</w:t>
      </w:r>
    </w:p>
    <w:p w14:paraId="648B7C8B" w14:textId="77777777" w:rsidR="000B0EE8" w:rsidRDefault="00000000">
      <w:r>
        <w:t>Use this space for any observations or reflections:</w:t>
      </w:r>
    </w:p>
    <w:p w14:paraId="5635CC3E" w14:textId="77777777" w:rsidR="000B0EE8" w:rsidRDefault="00000000">
      <w:r>
        <w:br/>
      </w:r>
      <w:r>
        <w:br/>
      </w:r>
      <w:r>
        <w:br/>
      </w:r>
      <w:r>
        <w:br/>
      </w:r>
      <w:r>
        <w:br/>
      </w:r>
      <w:r>
        <w:br/>
      </w:r>
    </w:p>
    <w:sectPr w:rsidR="000B0EE8" w:rsidSect="00BB67CC"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9967D0"/>
    <w:multiLevelType w:val="hybridMultilevel"/>
    <w:tmpl w:val="BB1820C6"/>
    <w:lvl w:ilvl="0" w:tplc="B59A6128">
      <w:numFmt w:val="bullet"/>
      <w:lvlText w:val="•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A7B92"/>
    <w:multiLevelType w:val="hybridMultilevel"/>
    <w:tmpl w:val="BD9CA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519957">
    <w:abstractNumId w:val="8"/>
  </w:num>
  <w:num w:numId="2" w16cid:durableId="246036906">
    <w:abstractNumId w:val="6"/>
  </w:num>
  <w:num w:numId="3" w16cid:durableId="1112436539">
    <w:abstractNumId w:val="5"/>
  </w:num>
  <w:num w:numId="4" w16cid:durableId="1654412060">
    <w:abstractNumId w:val="4"/>
  </w:num>
  <w:num w:numId="5" w16cid:durableId="840437999">
    <w:abstractNumId w:val="7"/>
  </w:num>
  <w:num w:numId="6" w16cid:durableId="189490337">
    <w:abstractNumId w:val="3"/>
  </w:num>
  <w:num w:numId="7" w16cid:durableId="1290939417">
    <w:abstractNumId w:val="2"/>
  </w:num>
  <w:num w:numId="8" w16cid:durableId="1469323805">
    <w:abstractNumId w:val="1"/>
  </w:num>
  <w:num w:numId="9" w16cid:durableId="1038968487">
    <w:abstractNumId w:val="0"/>
  </w:num>
  <w:num w:numId="10" w16cid:durableId="2060207306">
    <w:abstractNumId w:val="10"/>
  </w:num>
  <w:num w:numId="11" w16cid:durableId="16519028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EE8"/>
    <w:rsid w:val="0015074B"/>
    <w:rsid w:val="001A36DF"/>
    <w:rsid w:val="00251819"/>
    <w:rsid w:val="0029639D"/>
    <w:rsid w:val="0030161E"/>
    <w:rsid w:val="00326F90"/>
    <w:rsid w:val="00533CD3"/>
    <w:rsid w:val="00AA1D8D"/>
    <w:rsid w:val="00B47730"/>
    <w:rsid w:val="00BB67CC"/>
    <w:rsid w:val="00C3012E"/>
    <w:rsid w:val="00CB0664"/>
    <w:rsid w:val="00ED20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131A19"/>
  <w14:defaultImageDpi w14:val="300"/>
  <w15:docId w15:val="{76CDAD6F-65C9-4972-B612-487241D6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rebuchet MS" w:hAnsi="Trebuchet M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rebuchet MS" w:eastAsiaTheme="majorEastAsia" w:hAnsi="Trebuchet MS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rebuchet MS" w:eastAsiaTheme="majorEastAsia" w:hAnsi="Trebuchet MS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rebuchet MS" w:eastAsiaTheme="majorEastAsia" w:hAnsi="Trebuchet MS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rebuchet MS" w:eastAsiaTheme="majorEastAsia" w:hAnsi="Trebuchet MS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rebuchet MS" w:eastAsiaTheme="majorEastAsia" w:hAnsi="Trebuchet MS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basedOn w:val="Normal"/>
    <w:link w:val="CodeChar"/>
    <w:rsid w:val="00BB67CC"/>
    <w:rPr>
      <w:rFonts w:ascii="Courier New" w:eastAsiaTheme="majorEastAsia" w:hAnsi="Courier New" w:cs="Courier New"/>
      <w:szCs w:val="28"/>
    </w:rPr>
  </w:style>
  <w:style w:type="character" w:customStyle="1" w:styleId="CodeChar">
    <w:name w:val="Code Char"/>
    <w:basedOn w:val="Heading1Char"/>
    <w:link w:val="Code"/>
    <w:rsid w:val="00BB67CC"/>
    <w:rPr>
      <w:rFonts w:ascii="Courier New" w:eastAsiaTheme="majorEastAsia" w:hAnsi="Courier New" w:cs="Courier New"/>
      <w:b w:val="0"/>
      <w:bC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468</Characters>
  <Application>Microsoft Office Word</Application>
  <DocSecurity>0</DocSecurity>
  <Lines>92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Rundell</cp:lastModifiedBy>
  <cp:revision>5</cp:revision>
  <dcterms:created xsi:type="dcterms:W3CDTF">2025-10-28T08:34:00Z</dcterms:created>
  <dcterms:modified xsi:type="dcterms:W3CDTF">2025-11-18T11:14:00Z</dcterms:modified>
  <cp:category/>
</cp:coreProperties>
</file>