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Lesson 3 Recall Quiz – Syntax and Structure</w:t>
      </w:r>
    </w:p>
    <w:p>
      <w:r>
        <w:t>1. What is the main difference between procedural and object-oriented programming?</w:t>
      </w:r>
    </w:p>
    <w:p>
      <w:r>
        <w:t xml:space="preserve">    A. Procedural focuses on who performs the task, OOP on what to do</w:t>
      </w:r>
    </w:p>
    <w:p>
      <w:r>
        <w:t xml:space="preserve">    B. Procedural focuses on what to do, OOP focuses on who is doing it</w:t>
      </w:r>
    </w:p>
    <w:p>
      <w:r>
        <w:t xml:space="preserve">    C. Both focus on how to store data only</w:t>
      </w:r>
    </w:p>
    <w:p>
      <w:r>
        <w:t xml:space="preserve">    D. I don't know</w:t>
      </w:r>
    </w:p>
    <w:p>
      <w:r>
        <w:t>ANSWER: B</w:t>
      </w:r>
    </w:p>
    <w:p>
      <w:r>
        <w:t>POINT: 1</w:t>
        <w:br/>
      </w:r>
    </w:p>
    <w:p>
      <w:r>
        <w:t>2. In procedural programming, most actions are organised through:</w:t>
      </w:r>
    </w:p>
    <w:p>
      <w:r>
        <w:t xml:space="preserve">    A. Objects and classes</w:t>
      </w:r>
    </w:p>
    <w:p>
      <w:r>
        <w:t xml:space="preserve">    B. Loops and arrays</w:t>
      </w:r>
    </w:p>
    <w:p>
      <w:r>
        <w:t xml:space="preserve">    C. Functions and procedures</w:t>
      </w:r>
    </w:p>
    <w:p>
      <w:r>
        <w:t xml:space="preserve">    D. I don't know</w:t>
      </w:r>
    </w:p>
    <w:p>
      <w:r>
        <w:t>ANSWER: C</w:t>
      </w:r>
    </w:p>
    <w:p>
      <w:r>
        <w:t>POINT: 1</w:t>
        <w:br/>
      </w:r>
    </w:p>
    <w:p>
      <w:r>
        <w:t>3. Which of the following best defines syntax in coding?</w:t>
      </w:r>
    </w:p>
    <w:p>
      <w:r>
        <w:t xml:space="preserve">    A. The way the computer stores data in memory</w:t>
      </w:r>
    </w:p>
    <w:p>
      <w:r>
        <w:t xml:space="preserve">    B. The set of rules for how code must be written to be understood</w:t>
      </w:r>
    </w:p>
    <w:p>
      <w:r>
        <w:t xml:space="preserve">    C. The logical flow of the program’s decisions</w:t>
      </w:r>
    </w:p>
    <w:p>
      <w:r>
        <w:t xml:space="preserve">    D. I don't know</w:t>
      </w:r>
    </w:p>
    <w:p>
      <w:r>
        <w:t>ANSWER: B</w:t>
      </w:r>
    </w:p>
    <w:p>
      <w:r>
        <w:t>POINT: 1</w:t>
        <w:br/>
      </w:r>
    </w:p>
    <w:p>
      <w:r>
        <w:t>4. What usually happens when a program has good logic but bad syntax?</w:t>
      </w:r>
    </w:p>
    <w:p>
      <w:r>
        <w:t xml:space="preserve">    A. The program still runs perfectly</w:t>
      </w:r>
    </w:p>
    <w:p>
      <w:r>
        <w:t xml:space="preserve">    B. The program runs slower</w:t>
      </w:r>
    </w:p>
    <w:p>
      <w:r>
        <w:t xml:space="preserve">    C. The program fails to run or shows an error</w:t>
      </w:r>
    </w:p>
    <w:p>
      <w:r>
        <w:t xml:space="preserve">    D. I don't know</w:t>
      </w:r>
    </w:p>
    <w:p>
      <w:r>
        <w:t>ANSWER: C</w:t>
      </w:r>
    </w:p>
    <w:p>
      <w:r>
        <w:t>POINT: 1</w:t>
        <w:br/>
      </w:r>
    </w:p>
    <w:p>
      <w:r>
        <w:t>5. Which of these is not typically a syntax rule in Python?</w:t>
      </w:r>
    </w:p>
    <w:p>
      <w:r>
        <w:t xml:space="preserve">    A. Correct spelling</w:t>
      </w:r>
    </w:p>
    <w:p>
      <w:r>
        <w:t xml:space="preserve">    B. Proper indentation</w:t>
      </w:r>
    </w:p>
    <w:p>
      <w:r>
        <w:t xml:space="preserve">    C. Colour of variables</w:t>
      </w:r>
    </w:p>
    <w:p>
      <w:r>
        <w:t xml:space="preserve">    D. I don't know</w:t>
      </w:r>
    </w:p>
    <w:p>
      <w:r>
        <w:t>ANSWER: C</w:t>
      </w:r>
    </w:p>
    <w:p>
      <w:r>
        <w:t>POINT: 1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