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47CEE" w14:textId="77777777" w:rsidR="00FC32C0" w:rsidRDefault="007A3B8E">
      <w:pPr>
        <w:pStyle w:val="Title"/>
      </w:pPr>
      <w:r>
        <w:t>Teacher Guide – Python Extension Challenges</w:t>
      </w:r>
    </w:p>
    <w:p w14:paraId="3C39ADAC" w14:textId="77777777" w:rsidR="00FC32C0" w:rsidRDefault="007A3B8E">
      <w:pPr>
        <w:pStyle w:val="Heading1"/>
      </w:pPr>
      <w:r>
        <w:t>1. Number Pattern Generator</w:t>
      </w:r>
    </w:p>
    <w:p w14:paraId="20061651" w14:textId="77777777" w:rsidR="007A3B8E" w:rsidRDefault="007A3B8E">
      <w:r>
        <w:t>Key Concepts:</w:t>
      </w:r>
      <w:r>
        <w:br/>
        <w:t>- Nested loops</w:t>
      </w:r>
      <w:r>
        <w:br/>
        <w:t>- Functions</w:t>
      </w:r>
      <w:r>
        <w:br/>
      </w:r>
      <w:r>
        <w:br/>
        <w:t>Solution:</w:t>
      </w:r>
    </w:p>
    <w:p w14:paraId="0BC87907" w14:textId="2492DB1F" w:rsidR="00FC32C0" w:rsidRDefault="007A3B8E" w:rsidP="007A3B8E">
      <w:pPr>
        <w:ind w:left="720"/>
      </w:pPr>
      <w:r w:rsidRPr="00713D14">
        <w:rPr>
          <w:rFonts w:ascii="Courier New" w:hAnsi="Courier New" w:cs="Courier New"/>
        </w:rPr>
        <w:t xml:space="preserve">def </w:t>
      </w:r>
      <w:proofErr w:type="spellStart"/>
      <w:r w:rsidRPr="00713D14">
        <w:rPr>
          <w:rFonts w:ascii="Courier New" w:hAnsi="Courier New" w:cs="Courier New"/>
        </w:rPr>
        <w:t>print_triangle</w:t>
      </w:r>
      <w:proofErr w:type="spellEnd"/>
      <w:r w:rsidRPr="00713D14">
        <w:rPr>
          <w:rFonts w:ascii="Courier New" w:hAnsi="Courier New" w:cs="Courier New"/>
        </w:rPr>
        <w:t>(size):</w:t>
      </w:r>
      <w:r w:rsidRPr="00713D14">
        <w:rPr>
          <w:rFonts w:ascii="Courier New" w:hAnsi="Courier New" w:cs="Courier New"/>
        </w:rPr>
        <w:br/>
        <w:t xml:space="preserve">    for </w:t>
      </w:r>
      <w:proofErr w:type="spellStart"/>
      <w:r w:rsidRPr="00713D14">
        <w:rPr>
          <w:rFonts w:ascii="Courier New" w:hAnsi="Courier New" w:cs="Courier New"/>
        </w:rPr>
        <w:t>i</w:t>
      </w:r>
      <w:proofErr w:type="spellEnd"/>
      <w:r w:rsidRPr="00713D14">
        <w:rPr>
          <w:rFonts w:ascii="Courier New" w:hAnsi="Courier New" w:cs="Courier New"/>
        </w:rPr>
        <w:t xml:space="preserve"> in </w:t>
      </w:r>
      <w:proofErr w:type="gramStart"/>
      <w:r w:rsidRPr="00713D14">
        <w:rPr>
          <w:rFonts w:ascii="Courier New" w:hAnsi="Courier New" w:cs="Courier New"/>
        </w:rPr>
        <w:t>range(</w:t>
      </w:r>
      <w:proofErr w:type="gramEnd"/>
      <w:r w:rsidRPr="00713D14">
        <w:rPr>
          <w:rFonts w:ascii="Courier New" w:hAnsi="Courier New" w:cs="Courier New"/>
        </w:rPr>
        <w:t>1, size + 1):</w:t>
      </w:r>
      <w:r w:rsidRPr="00713D14">
        <w:rPr>
          <w:rFonts w:ascii="Courier New" w:hAnsi="Courier New" w:cs="Courier New"/>
        </w:rPr>
        <w:br/>
        <w:t xml:space="preserve">        for j in </w:t>
      </w:r>
      <w:proofErr w:type="gramStart"/>
      <w:r w:rsidRPr="00713D14">
        <w:rPr>
          <w:rFonts w:ascii="Courier New" w:hAnsi="Courier New" w:cs="Courier New"/>
        </w:rPr>
        <w:t>range(</w:t>
      </w:r>
      <w:proofErr w:type="gramEnd"/>
      <w:r w:rsidRPr="00713D14">
        <w:rPr>
          <w:rFonts w:ascii="Courier New" w:hAnsi="Courier New" w:cs="Courier New"/>
        </w:rPr>
        <w:t>1, i + 1):</w:t>
      </w:r>
      <w:r w:rsidRPr="00713D14">
        <w:rPr>
          <w:rFonts w:ascii="Courier New" w:hAnsi="Courier New" w:cs="Courier New"/>
        </w:rPr>
        <w:br/>
        <w:t xml:space="preserve">            </w:t>
      </w:r>
      <w:proofErr w:type="gramStart"/>
      <w:r w:rsidRPr="00713D14">
        <w:rPr>
          <w:rFonts w:ascii="Courier New" w:hAnsi="Courier New" w:cs="Courier New"/>
        </w:rPr>
        <w:t>print(</w:t>
      </w:r>
      <w:proofErr w:type="gramEnd"/>
      <w:r w:rsidRPr="00713D14">
        <w:rPr>
          <w:rFonts w:ascii="Courier New" w:hAnsi="Courier New" w:cs="Courier New"/>
        </w:rPr>
        <w:t>j, end=" ")</w:t>
      </w:r>
      <w:r w:rsidRPr="00713D14">
        <w:rPr>
          <w:rFonts w:ascii="Courier New" w:hAnsi="Courier New" w:cs="Courier New"/>
        </w:rPr>
        <w:br/>
        <w:t xml:space="preserve">        </w:t>
      </w:r>
      <w:proofErr w:type="gramStart"/>
      <w:r w:rsidRPr="00713D14">
        <w:rPr>
          <w:rFonts w:ascii="Courier New" w:hAnsi="Courier New" w:cs="Courier New"/>
        </w:rPr>
        <w:t>print(</w:t>
      </w:r>
      <w:proofErr w:type="gramEnd"/>
      <w:r w:rsidRPr="00713D14">
        <w:rPr>
          <w:rFonts w:ascii="Courier New" w:hAnsi="Courier New" w:cs="Courier New"/>
        </w:rPr>
        <w:t>)</w:t>
      </w:r>
      <w:r w:rsidRPr="00713D14">
        <w:rPr>
          <w:rFonts w:ascii="Courier New" w:hAnsi="Courier New" w:cs="Courier New"/>
        </w:rPr>
        <w:br/>
      </w:r>
      <w:r>
        <w:br/>
        <w:t>Teacher Notes:</w:t>
      </w:r>
      <w:r>
        <w:br/>
        <w:t>- Demonstrates nested loops</w:t>
      </w:r>
      <w:r>
        <w:br/>
        <w:t>- Common mistake: missing end=" " causing vertical output</w:t>
      </w:r>
      <w:r>
        <w:br/>
      </w:r>
    </w:p>
    <w:p w14:paraId="24D7B758" w14:textId="77777777" w:rsidR="00FC32C0" w:rsidRDefault="007A3B8E">
      <w:pPr>
        <w:pStyle w:val="Heading1"/>
      </w:pPr>
      <w:r>
        <w:t>2. Smart Times Table Tool</w:t>
      </w:r>
    </w:p>
    <w:p w14:paraId="6E0AB9DB" w14:textId="77777777" w:rsidR="007A3B8E" w:rsidRDefault="007A3B8E">
      <w:r>
        <w:t>Solution:</w:t>
      </w:r>
    </w:p>
    <w:p w14:paraId="02A16E7C" w14:textId="4F2563DF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times_table(num, limit):</w:t>
      </w:r>
      <w:r w:rsidRPr="007A3B8E">
        <w:rPr>
          <w:rFonts w:ascii="Courier New" w:hAnsi="Courier New" w:cs="Courier New"/>
        </w:rPr>
        <w:br/>
        <w:t xml:space="preserve">    even_count = 0</w:t>
      </w:r>
      <w:r w:rsidRPr="007A3B8E">
        <w:rPr>
          <w:rFonts w:ascii="Courier New" w:hAnsi="Courier New" w:cs="Courier New"/>
        </w:rPr>
        <w:br/>
        <w:t xml:space="preserve">    for i in range(1, limit + 1):</w:t>
      </w:r>
      <w:r w:rsidRPr="007A3B8E">
        <w:rPr>
          <w:rFonts w:ascii="Courier New" w:hAnsi="Courier New" w:cs="Courier New"/>
        </w:rPr>
        <w:br/>
        <w:t xml:space="preserve">        result = num * i</w:t>
      </w:r>
      <w:r w:rsidRPr="007A3B8E">
        <w:rPr>
          <w:rFonts w:ascii="Courier New" w:hAnsi="Courier New" w:cs="Courier New"/>
        </w:rPr>
        <w:br/>
        <w:t xml:space="preserve">        print(f"{num} x {i} = {result}")</w:t>
      </w:r>
      <w:r w:rsidRPr="007A3B8E">
        <w:rPr>
          <w:rFonts w:ascii="Courier New" w:hAnsi="Courier New" w:cs="Courier New"/>
        </w:rPr>
        <w:br/>
        <w:t xml:space="preserve">        if result % 2 == 0:</w:t>
      </w:r>
      <w:r w:rsidRPr="007A3B8E">
        <w:rPr>
          <w:rFonts w:ascii="Courier New" w:hAnsi="Courier New" w:cs="Courier New"/>
        </w:rPr>
        <w:br/>
        <w:t xml:space="preserve">            even_count += 1</w:t>
      </w:r>
      <w:r w:rsidRPr="007A3B8E">
        <w:rPr>
          <w:rFonts w:ascii="Courier New" w:hAnsi="Courier New" w:cs="Courier New"/>
        </w:rPr>
        <w:br/>
        <w:t xml:space="preserve">    print("Even results:", even_count)</w:t>
      </w:r>
      <w:r>
        <w:br/>
      </w:r>
      <w:r>
        <w:br/>
        <w:t>Teacher Notes:</w:t>
      </w:r>
      <w:r>
        <w:br/>
        <w:t>- Reinforces modulus operator and counters</w:t>
      </w:r>
      <w:r>
        <w:br/>
      </w:r>
    </w:p>
    <w:p w14:paraId="0618316A" w14:textId="77777777" w:rsidR="00FC32C0" w:rsidRDefault="007A3B8E">
      <w:pPr>
        <w:pStyle w:val="Heading1"/>
      </w:pPr>
      <w:r>
        <w:t>3. Password Strength Checker</w:t>
      </w:r>
    </w:p>
    <w:p w14:paraId="732FDB41" w14:textId="77777777" w:rsidR="007A3B8E" w:rsidRDefault="007A3B8E">
      <w:r>
        <w:t>Solution:</w:t>
      </w:r>
    </w:p>
    <w:p w14:paraId="692C62FC" w14:textId="687532EF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check_password(pw):</w:t>
      </w:r>
      <w:r w:rsidRPr="007A3B8E">
        <w:rPr>
          <w:rFonts w:ascii="Courier New" w:hAnsi="Courier New" w:cs="Courier New"/>
        </w:rPr>
        <w:br/>
        <w:t xml:space="preserve">    has_digit = any(char.isdigit() for char in pw)</w:t>
      </w:r>
      <w:r w:rsidRPr="007A3B8E">
        <w:rPr>
          <w:rFonts w:ascii="Courier New" w:hAnsi="Courier New" w:cs="Courier New"/>
        </w:rPr>
        <w:br/>
        <w:t xml:space="preserve">    has_symbol = any(not char.isalnum() for char in pw)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lastRenderedPageBreak/>
        <w:br/>
        <w:t xml:space="preserve">    if len(pw) &lt; 6:</w:t>
      </w:r>
      <w:r w:rsidRPr="007A3B8E">
        <w:rPr>
          <w:rFonts w:ascii="Courier New" w:hAnsi="Courier New" w:cs="Courier New"/>
        </w:rPr>
        <w:br/>
        <w:t xml:space="preserve">        print("Weak")</w:t>
      </w:r>
      <w:r w:rsidRPr="007A3B8E">
        <w:rPr>
          <w:rFonts w:ascii="Courier New" w:hAnsi="Courier New" w:cs="Courier New"/>
        </w:rPr>
        <w:br/>
        <w:t xml:space="preserve">    elif len(pw) &gt;= 10 and has_digit:</w:t>
      </w:r>
      <w:r w:rsidRPr="007A3B8E">
        <w:rPr>
          <w:rFonts w:ascii="Courier New" w:hAnsi="Courier New" w:cs="Courier New"/>
        </w:rPr>
        <w:br/>
        <w:t xml:space="preserve">        if has_symbol:</w:t>
      </w:r>
      <w:r w:rsidRPr="007A3B8E">
        <w:rPr>
          <w:rFonts w:ascii="Courier New" w:hAnsi="Courier New" w:cs="Courier New"/>
        </w:rPr>
        <w:br/>
        <w:t xml:space="preserve">            print("Strong (with symbol)")</w:t>
      </w:r>
      <w:r w:rsidRPr="007A3B8E">
        <w:rPr>
          <w:rFonts w:ascii="Courier New" w:hAnsi="Courier New" w:cs="Courier New"/>
        </w:rPr>
        <w:br/>
        <w:t xml:space="preserve">        else:</w:t>
      </w:r>
      <w:r w:rsidRPr="007A3B8E">
        <w:rPr>
          <w:rFonts w:ascii="Courier New" w:hAnsi="Courier New" w:cs="Courier New"/>
        </w:rPr>
        <w:br/>
        <w:t xml:space="preserve">            print("Strong")</w:t>
      </w:r>
      <w:r w:rsidRPr="007A3B8E">
        <w:rPr>
          <w:rFonts w:ascii="Courier New" w:hAnsi="Courier New" w:cs="Courier New"/>
        </w:rPr>
        <w:br/>
        <w:t xml:space="preserve">    else:</w:t>
      </w:r>
      <w:r w:rsidRPr="007A3B8E">
        <w:rPr>
          <w:rFonts w:ascii="Courier New" w:hAnsi="Courier New" w:cs="Courier New"/>
        </w:rPr>
        <w:br/>
        <w:t xml:space="preserve">        print("Medium")</w:t>
      </w:r>
      <w:r w:rsidRPr="007A3B8E">
        <w:rPr>
          <w:rFonts w:ascii="Courier New" w:hAnsi="Courier New" w:cs="Courier New"/>
        </w:rPr>
        <w:br/>
      </w:r>
      <w:r>
        <w:br/>
        <w:t>Teacher Notes:</w:t>
      </w:r>
      <w:r>
        <w:br/>
        <w:t>- Introduces string methods and validation</w:t>
      </w:r>
      <w:r>
        <w:br/>
      </w:r>
    </w:p>
    <w:p w14:paraId="66DE4636" w14:textId="77777777" w:rsidR="00FC32C0" w:rsidRDefault="007A3B8E">
      <w:pPr>
        <w:pStyle w:val="Heading1"/>
      </w:pPr>
      <w:r>
        <w:t>4. Guess-the-Number Game</w:t>
      </w:r>
    </w:p>
    <w:p w14:paraId="7B6E6EE0" w14:textId="77777777" w:rsidR="007A3B8E" w:rsidRDefault="007A3B8E">
      <w:r>
        <w:t>Solution:</w:t>
      </w:r>
    </w:p>
    <w:p w14:paraId="78386D04" w14:textId="0DFB440D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get_hint(secret, guess):</w:t>
      </w:r>
      <w:r w:rsidRPr="007A3B8E">
        <w:rPr>
          <w:rFonts w:ascii="Courier New" w:hAnsi="Courier New" w:cs="Courier New"/>
        </w:rPr>
        <w:br/>
        <w:t xml:space="preserve">    if guess &lt; secret:</w:t>
      </w:r>
      <w:r w:rsidRPr="007A3B8E">
        <w:rPr>
          <w:rFonts w:ascii="Courier New" w:hAnsi="Courier New" w:cs="Courier New"/>
        </w:rPr>
        <w:br/>
        <w:t xml:space="preserve">        return "Too low"</w:t>
      </w:r>
      <w:r w:rsidRPr="007A3B8E">
        <w:rPr>
          <w:rFonts w:ascii="Courier New" w:hAnsi="Courier New" w:cs="Courier New"/>
        </w:rPr>
        <w:br/>
        <w:t xml:space="preserve">    else:</w:t>
      </w:r>
      <w:r w:rsidRPr="007A3B8E">
        <w:rPr>
          <w:rFonts w:ascii="Courier New" w:hAnsi="Courier New" w:cs="Courier New"/>
        </w:rPr>
        <w:br/>
        <w:t xml:space="preserve">        return "Too high"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secret = 7</w:t>
      </w:r>
      <w:r w:rsidRPr="007A3B8E">
        <w:rPr>
          <w:rFonts w:ascii="Courier New" w:hAnsi="Courier New" w:cs="Courier New"/>
        </w:rPr>
        <w:br/>
        <w:t>attempts = 0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while True:</w:t>
      </w:r>
      <w:r w:rsidRPr="007A3B8E">
        <w:rPr>
          <w:rFonts w:ascii="Courier New" w:hAnsi="Courier New" w:cs="Courier New"/>
        </w:rPr>
        <w:br/>
        <w:t xml:space="preserve">    guess = int(input("Guess the number: "))</w:t>
      </w:r>
      <w:r w:rsidRPr="007A3B8E">
        <w:rPr>
          <w:rFonts w:ascii="Courier New" w:hAnsi="Courier New" w:cs="Courier New"/>
        </w:rPr>
        <w:br/>
        <w:t xml:space="preserve">    attempts += 1</w:t>
      </w:r>
      <w:r w:rsidRPr="007A3B8E">
        <w:rPr>
          <w:rFonts w:ascii="Courier New" w:hAnsi="Courier New" w:cs="Courier New"/>
        </w:rPr>
        <w:br/>
        <w:t xml:space="preserve">    if guess == secret:</w:t>
      </w:r>
      <w:r w:rsidRPr="007A3B8E">
        <w:rPr>
          <w:rFonts w:ascii="Courier New" w:hAnsi="Courier New" w:cs="Courier New"/>
        </w:rPr>
        <w:br/>
        <w:t xml:space="preserve">        print("Correct!")</w:t>
      </w:r>
      <w:r w:rsidRPr="007A3B8E">
        <w:rPr>
          <w:rFonts w:ascii="Courier New" w:hAnsi="Courier New" w:cs="Courier New"/>
        </w:rPr>
        <w:br/>
        <w:t xml:space="preserve">        break</w:t>
      </w:r>
      <w:r w:rsidRPr="007A3B8E">
        <w:rPr>
          <w:rFonts w:ascii="Courier New" w:hAnsi="Courier New" w:cs="Courier New"/>
        </w:rPr>
        <w:br/>
        <w:t xml:space="preserve">    else:</w:t>
      </w:r>
      <w:r w:rsidRPr="007A3B8E">
        <w:rPr>
          <w:rFonts w:ascii="Courier New" w:hAnsi="Courier New" w:cs="Courier New"/>
        </w:rPr>
        <w:br/>
        <w:t xml:space="preserve">        print(get_hint(secret, guess))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print("Attempts:", attempts)</w:t>
      </w:r>
      <w:r>
        <w:br/>
      </w:r>
      <w:r>
        <w:br/>
        <w:t>Teacher Notes:</w:t>
      </w:r>
      <w:r>
        <w:br/>
        <w:t>- Demonstrates loops and conditionals</w:t>
      </w:r>
      <w:r>
        <w:br/>
      </w:r>
    </w:p>
    <w:p w14:paraId="27BB25C5" w14:textId="77777777" w:rsidR="00FC32C0" w:rsidRDefault="007A3B8E">
      <w:pPr>
        <w:pStyle w:val="Heading1"/>
      </w:pPr>
      <w:r>
        <w:t>5. Mini Banking Simulator</w:t>
      </w:r>
    </w:p>
    <w:p w14:paraId="67082FE3" w14:textId="77777777" w:rsidR="007A3B8E" w:rsidRDefault="007A3B8E">
      <w:r>
        <w:t>Solution:</w:t>
      </w:r>
    </w:p>
    <w:p w14:paraId="51A4BF05" w14:textId="56A08481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deposit(balance):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lastRenderedPageBreak/>
        <w:t xml:space="preserve">    amount = </w:t>
      </w:r>
      <w:proofErr w:type="gramStart"/>
      <w:r w:rsidRPr="007A3B8E">
        <w:rPr>
          <w:rFonts w:ascii="Courier New" w:hAnsi="Courier New" w:cs="Courier New"/>
        </w:rPr>
        <w:t>float(input(</w:t>
      </w:r>
      <w:proofErr w:type="gramEnd"/>
      <w:r w:rsidRPr="007A3B8E">
        <w:rPr>
          <w:rFonts w:ascii="Courier New" w:hAnsi="Courier New" w:cs="Courier New"/>
        </w:rPr>
        <w:t>"Enter deposit amount: "))</w:t>
      </w:r>
      <w:r w:rsidRPr="007A3B8E">
        <w:rPr>
          <w:rFonts w:ascii="Courier New" w:hAnsi="Courier New" w:cs="Courier New"/>
        </w:rPr>
        <w:br/>
        <w:t xml:space="preserve">    return balance + amount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def withdraw(balance):</w:t>
      </w:r>
      <w:r w:rsidRPr="007A3B8E">
        <w:rPr>
          <w:rFonts w:ascii="Courier New" w:hAnsi="Courier New" w:cs="Courier New"/>
        </w:rPr>
        <w:br/>
        <w:t xml:space="preserve">    amount = </w:t>
      </w:r>
      <w:proofErr w:type="gramStart"/>
      <w:r w:rsidRPr="007A3B8E">
        <w:rPr>
          <w:rFonts w:ascii="Courier New" w:hAnsi="Courier New" w:cs="Courier New"/>
        </w:rPr>
        <w:t>float(input(</w:t>
      </w:r>
      <w:proofErr w:type="gramEnd"/>
      <w:r w:rsidRPr="007A3B8E">
        <w:rPr>
          <w:rFonts w:ascii="Courier New" w:hAnsi="Courier New" w:cs="Courier New"/>
        </w:rPr>
        <w:t>"Enter withdrawal amount: "))</w:t>
      </w:r>
      <w:r w:rsidRPr="007A3B8E">
        <w:rPr>
          <w:rFonts w:ascii="Courier New" w:hAnsi="Courier New" w:cs="Courier New"/>
        </w:rPr>
        <w:br/>
        <w:t xml:space="preserve">    if amount &gt; balance:</w:t>
      </w:r>
      <w:r w:rsidRPr="007A3B8E">
        <w:rPr>
          <w:rFonts w:ascii="Courier New" w:hAnsi="Courier New" w:cs="Courier New"/>
        </w:rPr>
        <w:br/>
        <w:t xml:space="preserve">        </w:t>
      </w:r>
      <w:proofErr w:type="gramStart"/>
      <w:r w:rsidRPr="007A3B8E">
        <w:rPr>
          <w:rFonts w:ascii="Courier New" w:hAnsi="Courier New" w:cs="Courier New"/>
        </w:rPr>
        <w:t>print(</w:t>
      </w:r>
      <w:proofErr w:type="gramEnd"/>
      <w:r w:rsidRPr="007A3B8E">
        <w:rPr>
          <w:rFonts w:ascii="Courier New" w:hAnsi="Courier New" w:cs="Courier New"/>
        </w:rPr>
        <w:t>"Insufficient funds")</w:t>
      </w:r>
      <w:r w:rsidRPr="007A3B8E">
        <w:rPr>
          <w:rFonts w:ascii="Courier New" w:hAnsi="Courier New" w:cs="Courier New"/>
        </w:rPr>
        <w:br/>
        <w:t xml:space="preserve">        return balance</w:t>
      </w:r>
      <w:r w:rsidRPr="007A3B8E">
        <w:rPr>
          <w:rFonts w:ascii="Courier New" w:hAnsi="Courier New" w:cs="Courier New"/>
        </w:rPr>
        <w:br/>
        <w:t xml:space="preserve">    return balance - amount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balance = 100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while True:</w:t>
      </w:r>
      <w:r w:rsidRPr="007A3B8E">
        <w:rPr>
          <w:rFonts w:ascii="Courier New" w:hAnsi="Courier New" w:cs="Courier New"/>
        </w:rPr>
        <w:br/>
        <w:t xml:space="preserve">    </w:t>
      </w:r>
      <w:proofErr w:type="gramStart"/>
      <w:r w:rsidRPr="007A3B8E">
        <w:rPr>
          <w:rFonts w:ascii="Courier New" w:hAnsi="Courier New" w:cs="Courier New"/>
        </w:rPr>
        <w:t>print(</w:t>
      </w:r>
      <w:proofErr w:type="gramEnd"/>
      <w:r w:rsidRPr="007A3B8E">
        <w:rPr>
          <w:rFonts w:ascii="Courier New" w:hAnsi="Courier New" w:cs="Courier New"/>
        </w:rPr>
        <w:t>"1. Deposit 2. Withdraw 3. Check Balance 4. Exit")</w:t>
      </w:r>
      <w:r w:rsidRPr="007A3B8E">
        <w:rPr>
          <w:rFonts w:ascii="Courier New" w:hAnsi="Courier New" w:cs="Courier New"/>
        </w:rPr>
        <w:br/>
        <w:t xml:space="preserve">    choice = input("Choose option: ")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 xml:space="preserve">    if choice == "1":</w:t>
      </w:r>
      <w:r w:rsidRPr="007A3B8E">
        <w:rPr>
          <w:rFonts w:ascii="Courier New" w:hAnsi="Courier New" w:cs="Courier New"/>
        </w:rPr>
        <w:br/>
        <w:t xml:space="preserve">        balance = deposit(balance)</w:t>
      </w:r>
      <w:r w:rsidRPr="007A3B8E">
        <w:rPr>
          <w:rFonts w:ascii="Courier New" w:hAnsi="Courier New" w:cs="Courier New"/>
        </w:rPr>
        <w:br/>
        <w:t xml:space="preserve">    elif choice == "2":</w:t>
      </w:r>
      <w:r w:rsidRPr="007A3B8E">
        <w:rPr>
          <w:rFonts w:ascii="Courier New" w:hAnsi="Courier New" w:cs="Courier New"/>
        </w:rPr>
        <w:br/>
        <w:t xml:space="preserve">        balance = withdraw(balance)</w:t>
      </w:r>
      <w:r w:rsidRPr="007A3B8E">
        <w:rPr>
          <w:rFonts w:ascii="Courier New" w:hAnsi="Courier New" w:cs="Courier New"/>
        </w:rPr>
        <w:br/>
        <w:t xml:space="preserve">    elif choice == "3":</w:t>
      </w:r>
      <w:r w:rsidRPr="007A3B8E">
        <w:rPr>
          <w:rFonts w:ascii="Courier New" w:hAnsi="Courier New" w:cs="Courier New"/>
        </w:rPr>
        <w:br/>
        <w:t xml:space="preserve">        print("Balance:", balance)</w:t>
      </w:r>
      <w:r w:rsidRPr="007A3B8E">
        <w:rPr>
          <w:rFonts w:ascii="Courier New" w:hAnsi="Courier New" w:cs="Courier New"/>
        </w:rPr>
        <w:br/>
        <w:t xml:space="preserve">    elif choice == "4":</w:t>
      </w:r>
      <w:r w:rsidRPr="007A3B8E">
        <w:rPr>
          <w:rFonts w:ascii="Courier New" w:hAnsi="Courier New" w:cs="Courier New"/>
        </w:rPr>
        <w:br/>
        <w:t xml:space="preserve">        break</w:t>
      </w:r>
      <w:r w:rsidRPr="007A3B8E">
        <w:rPr>
          <w:rFonts w:ascii="Courier New" w:hAnsi="Courier New" w:cs="Courier New"/>
        </w:rPr>
        <w:br/>
      </w:r>
      <w:r>
        <w:br/>
        <w:t>Teacher Notes:</w:t>
      </w:r>
      <w:r>
        <w:br/>
        <w:t>- Introduces state and menu systems</w:t>
      </w:r>
      <w:r>
        <w:br/>
      </w:r>
    </w:p>
    <w:p w14:paraId="38411575" w14:textId="77777777" w:rsidR="00FC32C0" w:rsidRDefault="007A3B8E">
      <w:pPr>
        <w:pStyle w:val="Heading1"/>
      </w:pPr>
      <w:r>
        <w:t>6. Temperature Logger</w:t>
      </w:r>
    </w:p>
    <w:p w14:paraId="758B7CF5" w14:textId="77777777" w:rsidR="007A3B8E" w:rsidRDefault="007A3B8E">
      <w:r>
        <w:t>Solution:</w:t>
      </w:r>
    </w:p>
    <w:p w14:paraId="33E0FFE6" w14:textId="40220E4D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get_average(data):</w:t>
      </w:r>
      <w:r w:rsidRPr="007A3B8E">
        <w:rPr>
          <w:rFonts w:ascii="Courier New" w:hAnsi="Courier New" w:cs="Courier New"/>
        </w:rPr>
        <w:br/>
        <w:t xml:space="preserve">    return sum(data) / len(data)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temps = []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while True:</w:t>
      </w:r>
      <w:r w:rsidRPr="007A3B8E">
        <w:rPr>
          <w:rFonts w:ascii="Courier New" w:hAnsi="Courier New" w:cs="Courier New"/>
        </w:rPr>
        <w:br/>
        <w:t xml:space="preserve">    entry = input("Enter temperature (or stop): ")</w:t>
      </w:r>
      <w:r w:rsidRPr="007A3B8E">
        <w:rPr>
          <w:rFonts w:ascii="Courier New" w:hAnsi="Courier New" w:cs="Courier New"/>
        </w:rPr>
        <w:br/>
        <w:t xml:space="preserve">    if entry.lower() == "stop":</w:t>
      </w:r>
      <w:r w:rsidRPr="007A3B8E">
        <w:rPr>
          <w:rFonts w:ascii="Courier New" w:hAnsi="Courier New" w:cs="Courier New"/>
        </w:rPr>
        <w:br/>
        <w:t xml:space="preserve">        break</w:t>
      </w:r>
      <w:r w:rsidRPr="007A3B8E">
        <w:rPr>
          <w:rFonts w:ascii="Courier New" w:hAnsi="Courier New" w:cs="Courier New"/>
        </w:rPr>
        <w:br/>
        <w:t xml:space="preserve">    temps.append(float(entry))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print("Highest:", max(temps))</w:t>
      </w:r>
      <w:r w:rsidRPr="007A3B8E">
        <w:rPr>
          <w:rFonts w:ascii="Courier New" w:hAnsi="Courier New" w:cs="Courier New"/>
        </w:rPr>
        <w:br/>
        <w:t>print("Lowest:", min(temps))</w:t>
      </w:r>
      <w:r w:rsidRPr="007A3B8E">
        <w:rPr>
          <w:rFonts w:ascii="Courier New" w:hAnsi="Courier New" w:cs="Courier New"/>
        </w:rPr>
        <w:br/>
        <w:t>print("Average:", get_average(temps))</w:t>
      </w:r>
      <w:r>
        <w:br/>
      </w:r>
      <w:r>
        <w:br/>
        <w:t>Teacher Notes:</w:t>
      </w:r>
      <w:r>
        <w:br/>
      </w:r>
      <w:r>
        <w:lastRenderedPageBreak/>
        <w:t>- Reinforces lists and loops</w:t>
      </w:r>
      <w:r>
        <w:br/>
      </w:r>
    </w:p>
    <w:p w14:paraId="59C5DE97" w14:textId="77777777" w:rsidR="00FC32C0" w:rsidRDefault="007A3B8E">
      <w:pPr>
        <w:pStyle w:val="Heading1"/>
      </w:pPr>
      <w:r>
        <w:t>7. FizzBuzz with Functions</w:t>
      </w:r>
    </w:p>
    <w:p w14:paraId="23032099" w14:textId="77777777" w:rsidR="007A3B8E" w:rsidRDefault="007A3B8E">
      <w:r>
        <w:t>Solution:</w:t>
      </w:r>
    </w:p>
    <w:p w14:paraId="16F91E00" w14:textId="0345ACCF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fizzbuzz(n):</w:t>
      </w:r>
      <w:r w:rsidRPr="007A3B8E">
        <w:rPr>
          <w:rFonts w:ascii="Courier New" w:hAnsi="Courier New" w:cs="Courier New"/>
        </w:rPr>
        <w:br/>
        <w:t xml:space="preserve">    for i in range(1, n + 1):</w:t>
      </w:r>
      <w:r w:rsidRPr="007A3B8E">
        <w:rPr>
          <w:rFonts w:ascii="Courier New" w:hAnsi="Courier New" w:cs="Courier New"/>
        </w:rPr>
        <w:br/>
        <w:t xml:space="preserve">        if i % 3 == 0 and i % 5 == 0:</w:t>
      </w:r>
      <w:r w:rsidRPr="007A3B8E">
        <w:rPr>
          <w:rFonts w:ascii="Courier New" w:hAnsi="Courier New" w:cs="Courier New"/>
        </w:rPr>
        <w:br/>
        <w:t xml:space="preserve">            print("FizzBuzz")</w:t>
      </w:r>
      <w:r w:rsidRPr="007A3B8E">
        <w:rPr>
          <w:rFonts w:ascii="Courier New" w:hAnsi="Courier New" w:cs="Courier New"/>
        </w:rPr>
        <w:br/>
        <w:t xml:space="preserve">        elif i % 3 == 0:</w:t>
      </w:r>
      <w:r w:rsidRPr="007A3B8E">
        <w:rPr>
          <w:rFonts w:ascii="Courier New" w:hAnsi="Courier New" w:cs="Courier New"/>
        </w:rPr>
        <w:br/>
        <w:t xml:space="preserve">            print("Fizz")</w:t>
      </w:r>
      <w:r w:rsidRPr="007A3B8E">
        <w:rPr>
          <w:rFonts w:ascii="Courier New" w:hAnsi="Courier New" w:cs="Courier New"/>
        </w:rPr>
        <w:br/>
        <w:t xml:space="preserve">        elif i % 5 == 0:</w:t>
      </w:r>
      <w:r w:rsidRPr="007A3B8E">
        <w:rPr>
          <w:rFonts w:ascii="Courier New" w:hAnsi="Courier New" w:cs="Courier New"/>
        </w:rPr>
        <w:br/>
        <w:t xml:space="preserve">            print("Buzz")</w:t>
      </w:r>
      <w:r w:rsidRPr="007A3B8E">
        <w:rPr>
          <w:rFonts w:ascii="Courier New" w:hAnsi="Courier New" w:cs="Courier New"/>
        </w:rPr>
        <w:br/>
        <w:t xml:space="preserve">        else:</w:t>
      </w:r>
      <w:r w:rsidRPr="007A3B8E">
        <w:rPr>
          <w:rFonts w:ascii="Courier New" w:hAnsi="Courier New" w:cs="Courier New"/>
        </w:rPr>
        <w:br/>
        <w:t xml:space="preserve">            print(i)</w:t>
      </w:r>
      <w:r>
        <w:br/>
      </w:r>
      <w:r>
        <w:br/>
        <w:t>Teacher Notes:</w:t>
      </w:r>
      <w:r>
        <w:br/>
        <w:t>- Reinforces condition ordering</w:t>
      </w:r>
      <w:r>
        <w:br/>
      </w:r>
    </w:p>
    <w:p w14:paraId="6E00A2FD" w14:textId="77777777" w:rsidR="00FC32C0" w:rsidRDefault="007A3B8E">
      <w:pPr>
        <w:pStyle w:val="Heading1"/>
      </w:pPr>
      <w:r>
        <w:t>8. Command-Line Quiz Engine</w:t>
      </w:r>
    </w:p>
    <w:p w14:paraId="6D98DE02" w14:textId="77777777" w:rsidR="007A3B8E" w:rsidRDefault="007A3B8E">
      <w:r>
        <w:t>Solution:</w:t>
      </w:r>
    </w:p>
    <w:p w14:paraId="2979BE92" w14:textId="4A06452E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ask_</w:t>
      </w:r>
      <w:proofErr w:type="gramStart"/>
      <w:r w:rsidRPr="007A3B8E">
        <w:rPr>
          <w:rFonts w:ascii="Courier New" w:hAnsi="Courier New" w:cs="Courier New"/>
        </w:rPr>
        <w:t>question(</w:t>
      </w:r>
      <w:proofErr w:type="gramEnd"/>
      <w:r w:rsidRPr="007A3B8E">
        <w:rPr>
          <w:rFonts w:ascii="Courier New" w:hAnsi="Courier New" w:cs="Courier New"/>
        </w:rPr>
        <w:t>question, correct_answer):</w:t>
      </w:r>
      <w:r w:rsidRPr="007A3B8E">
        <w:rPr>
          <w:rFonts w:ascii="Courier New" w:hAnsi="Courier New" w:cs="Courier New"/>
        </w:rPr>
        <w:br/>
        <w:t xml:space="preserve">    answer = </w:t>
      </w:r>
      <w:proofErr w:type="gramStart"/>
      <w:r w:rsidRPr="007A3B8E">
        <w:rPr>
          <w:rFonts w:ascii="Courier New" w:hAnsi="Courier New" w:cs="Courier New"/>
        </w:rPr>
        <w:t>input(</w:t>
      </w:r>
      <w:proofErr w:type="gramEnd"/>
      <w:r w:rsidRPr="007A3B8E">
        <w:rPr>
          <w:rFonts w:ascii="Courier New" w:hAnsi="Courier New" w:cs="Courier New"/>
        </w:rPr>
        <w:t>question + " ")</w:t>
      </w:r>
      <w:r w:rsidRPr="007A3B8E">
        <w:rPr>
          <w:rFonts w:ascii="Courier New" w:hAnsi="Courier New" w:cs="Courier New"/>
        </w:rPr>
        <w:br/>
        <w:t xml:space="preserve">    return </w:t>
      </w:r>
      <w:proofErr w:type="gramStart"/>
      <w:r w:rsidRPr="007A3B8E">
        <w:rPr>
          <w:rFonts w:ascii="Courier New" w:hAnsi="Courier New" w:cs="Courier New"/>
        </w:rPr>
        <w:t>answer.lower</w:t>
      </w:r>
      <w:proofErr w:type="gramEnd"/>
      <w:r w:rsidRPr="007A3B8E">
        <w:rPr>
          <w:rFonts w:ascii="Courier New" w:hAnsi="Courier New" w:cs="Courier New"/>
        </w:rPr>
        <w:t>() == correct_</w:t>
      </w:r>
      <w:proofErr w:type="gramStart"/>
      <w:r w:rsidRPr="007A3B8E">
        <w:rPr>
          <w:rFonts w:ascii="Courier New" w:hAnsi="Courier New" w:cs="Courier New"/>
        </w:rPr>
        <w:t>answer.lower</w:t>
      </w:r>
      <w:proofErr w:type="gramEnd"/>
      <w:r w:rsidRPr="007A3B8E">
        <w:rPr>
          <w:rFonts w:ascii="Courier New" w:hAnsi="Courier New" w:cs="Courier New"/>
        </w:rPr>
        <w:t>()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questions = [</w:t>
      </w:r>
      <w:r w:rsidRPr="007A3B8E">
        <w:rPr>
          <w:rFonts w:ascii="Courier New" w:hAnsi="Courier New" w:cs="Courier New"/>
        </w:rPr>
        <w:br/>
        <w:t xml:space="preserve"> </w:t>
      </w:r>
      <w:proofErr w:type="gramStart"/>
      <w:r w:rsidRPr="007A3B8E">
        <w:rPr>
          <w:rFonts w:ascii="Courier New" w:hAnsi="Courier New" w:cs="Courier New"/>
        </w:rPr>
        <w:t xml:space="preserve">   (</w:t>
      </w:r>
      <w:proofErr w:type="gramEnd"/>
      <w:r w:rsidRPr="007A3B8E">
        <w:rPr>
          <w:rFonts w:ascii="Courier New" w:hAnsi="Courier New" w:cs="Courier New"/>
        </w:rPr>
        <w:t>"Capital of France?", "paris"),</w:t>
      </w:r>
      <w:r w:rsidRPr="007A3B8E">
        <w:rPr>
          <w:rFonts w:ascii="Courier New" w:hAnsi="Courier New" w:cs="Courier New"/>
        </w:rPr>
        <w:br/>
        <w:t xml:space="preserve"> </w:t>
      </w:r>
      <w:proofErr w:type="gramStart"/>
      <w:r w:rsidRPr="007A3B8E">
        <w:rPr>
          <w:rFonts w:ascii="Courier New" w:hAnsi="Courier New" w:cs="Courier New"/>
        </w:rPr>
        <w:t xml:space="preserve">   (</w:t>
      </w:r>
      <w:proofErr w:type="gramEnd"/>
      <w:r w:rsidRPr="007A3B8E">
        <w:rPr>
          <w:rFonts w:ascii="Courier New" w:hAnsi="Courier New" w:cs="Courier New"/>
        </w:rPr>
        <w:t>"2 + 2?", "4"),</w:t>
      </w:r>
      <w:r w:rsidRPr="007A3B8E">
        <w:rPr>
          <w:rFonts w:ascii="Courier New" w:hAnsi="Courier New" w:cs="Courier New"/>
        </w:rPr>
        <w:br/>
        <w:t xml:space="preserve"> </w:t>
      </w:r>
      <w:proofErr w:type="gramStart"/>
      <w:r w:rsidRPr="007A3B8E">
        <w:rPr>
          <w:rFonts w:ascii="Courier New" w:hAnsi="Courier New" w:cs="Courier New"/>
        </w:rPr>
        <w:t xml:space="preserve">   (</w:t>
      </w:r>
      <w:proofErr w:type="gramEnd"/>
      <w:r w:rsidRPr="007A3B8E">
        <w:rPr>
          <w:rFonts w:ascii="Courier New" w:hAnsi="Courier New" w:cs="Courier New"/>
        </w:rPr>
        <w:t>"Python is a snake? (yes/no)", "yes")</w:t>
      </w:r>
      <w:r w:rsidRPr="007A3B8E">
        <w:rPr>
          <w:rFonts w:ascii="Courier New" w:hAnsi="Courier New" w:cs="Courier New"/>
        </w:rPr>
        <w:br/>
        <w:t>]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score = 0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for q, a in questions:</w:t>
      </w:r>
      <w:r w:rsidRPr="007A3B8E">
        <w:rPr>
          <w:rFonts w:ascii="Courier New" w:hAnsi="Courier New" w:cs="Courier New"/>
        </w:rPr>
        <w:br/>
        <w:t xml:space="preserve">    if ask_question(q, a):</w:t>
      </w:r>
      <w:r w:rsidRPr="007A3B8E">
        <w:rPr>
          <w:rFonts w:ascii="Courier New" w:hAnsi="Courier New" w:cs="Courier New"/>
        </w:rPr>
        <w:br/>
        <w:t xml:space="preserve">        score += 1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percentage = (score / len(questions)) * 100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print("Score:", score)</w:t>
      </w:r>
      <w:r w:rsidRPr="007A3B8E">
        <w:rPr>
          <w:rFonts w:ascii="Courier New" w:hAnsi="Courier New" w:cs="Courier New"/>
        </w:rPr>
        <w:br/>
        <w:t>print("Percentage:", percentage)</w:t>
      </w:r>
      <w:r>
        <w:br/>
      </w:r>
      <w:r>
        <w:br/>
        <w:t>Teacher Notes:</w:t>
      </w:r>
      <w:r>
        <w:br/>
      </w:r>
      <w:r>
        <w:lastRenderedPageBreak/>
        <w:t>- Introduces lists and tuples</w:t>
      </w:r>
      <w:r>
        <w:br/>
      </w:r>
    </w:p>
    <w:p w14:paraId="3E90A7DA" w14:textId="77777777" w:rsidR="00FC32C0" w:rsidRDefault="007A3B8E">
      <w:pPr>
        <w:pStyle w:val="Heading1"/>
      </w:pPr>
      <w:r>
        <w:t>9. Text Statistics Tool</w:t>
      </w:r>
    </w:p>
    <w:p w14:paraId="7253708D" w14:textId="77777777" w:rsidR="007A3B8E" w:rsidRDefault="007A3B8E">
      <w:r>
        <w:t>Solution:</w:t>
      </w:r>
    </w:p>
    <w:p w14:paraId="4E84349B" w14:textId="1C89ECF0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def count_words(text):</w:t>
      </w:r>
      <w:r w:rsidRPr="007A3B8E">
        <w:rPr>
          <w:rFonts w:ascii="Courier New" w:hAnsi="Courier New" w:cs="Courier New"/>
        </w:rPr>
        <w:br/>
        <w:t xml:space="preserve">    return len(text.split())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def count_vowels(text):</w:t>
      </w:r>
      <w:r w:rsidRPr="007A3B8E">
        <w:rPr>
          <w:rFonts w:ascii="Courier New" w:hAnsi="Courier New" w:cs="Courier New"/>
        </w:rPr>
        <w:br/>
        <w:t xml:space="preserve">    vowels = "aeiou"</w:t>
      </w:r>
      <w:r w:rsidRPr="007A3B8E">
        <w:rPr>
          <w:rFonts w:ascii="Courier New" w:hAnsi="Courier New" w:cs="Courier New"/>
        </w:rPr>
        <w:br/>
        <w:t xml:space="preserve">    count = 0</w:t>
      </w:r>
      <w:r w:rsidRPr="007A3B8E">
        <w:rPr>
          <w:rFonts w:ascii="Courier New" w:hAnsi="Courier New" w:cs="Courier New"/>
        </w:rPr>
        <w:br/>
        <w:t xml:space="preserve">    for char in text.lower():</w:t>
      </w:r>
      <w:r w:rsidRPr="007A3B8E">
        <w:rPr>
          <w:rFonts w:ascii="Courier New" w:hAnsi="Courier New" w:cs="Courier New"/>
        </w:rPr>
        <w:br/>
        <w:t xml:space="preserve">        if char in vowels:</w:t>
      </w:r>
      <w:r w:rsidRPr="007A3B8E">
        <w:rPr>
          <w:rFonts w:ascii="Courier New" w:hAnsi="Courier New" w:cs="Courier New"/>
        </w:rPr>
        <w:br/>
        <w:t xml:space="preserve">            count += 1</w:t>
      </w:r>
      <w:r w:rsidRPr="007A3B8E">
        <w:rPr>
          <w:rFonts w:ascii="Courier New" w:hAnsi="Courier New" w:cs="Courier New"/>
        </w:rPr>
        <w:br/>
        <w:t xml:space="preserve">    return count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sentence = input("Enter a sentence: ")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print("Characters:", len(sentence))</w:t>
      </w:r>
      <w:r w:rsidRPr="007A3B8E">
        <w:rPr>
          <w:rFonts w:ascii="Courier New" w:hAnsi="Courier New" w:cs="Courier New"/>
        </w:rPr>
        <w:br/>
        <w:t>print("Words:", count_words(sentence))</w:t>
      </w:r>
      <w:r w:rsidRPr="007A3B8E">
        <w:rPr>
          <w:rFonts w:ascii="Courier New" w:hAnsi="Courier New" w:cs="Courier New"/>
        </w:rPr>
        <w:br/>
        <w:t>print("Vowels:", count_vowels(sentence))</w:t>
      </w:r>
      <w:r>
        <w:br/>
      </w:r>
      <w:r>
        <w:br/>
        <w:t>Teacher Notes:</w:t>
      </w:r>
      <w:r>
        <w:br/>
        <w:t>- Reinforces string processing</w:t>
      </w:r>
      <w:r>
        <w:br/>
      </w:r>
    </w:p>
    <w:p w14:paraId="40E2F30E" w14:textId="77777777" w:rsidR="00FC32C0" w:rsidRDefault="007A3B8E">
      <w:pPr>
        <w:pStyle w:val="Heading1"/>
      </w:pPr>
      <w:r>
        <w:t>10. Random Story Generator</w:t>
      </w:r>
    </w:p>
    <w:p w14:paraId="73404411" w14:textId="77777777" w:rsidR="007A3B8E" w:rsidRDefault="007A3B8E">
      <w:r>
        <w:t>Solution:</w:t>
      </w:r>
    </w:p>
    <w:p w14:paraId="5D932445" w14:textId="0611C85D" w:rsidR="00FC32C0" w:rsidRDefault="007A3B8E" w:rsidP="007A3B8E">
      <w:pPr>
        <w:ind w:left="720"/>
      </w:pPr>
      <w:r>
        <w:br/>
      </w:r>
      <w:r w:rsidRPr="007A3B8E">
        <w:rPr>
          <w:rFonts w:ascii="Courier New" w:hAnsi="Courier New" w:cs="Courier New"/>
        </w:rPr>
        <w:t>import random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subjects = ["The cat", "A robot", "My teacher"]</w:t>
      </w:r>
      <w:r w:rsidRPr="007A3B8E">
        <w:rPr>
          <w:rFonts w:ascii="Courier New" w:hAnsi="Courier New" w:cs="Courier New"/>
        </w:rPr>
        <w:br/>
        <w:t>verbs = ["ate", "built", "destroyed"]</w:t>
      </w:r>
      <w:r w:rsidRPr="007A3B8E">
        <w:rPr>
          <w:rFonts w:ascii="Courier New" w:hAnsi="Courier New" w:cs="Courier New"/>
        </w:rPr>
        <w:br/>
        <w:t>places = ["in the park", "on Mars", "at school"]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def generate_sentence():</w:t>
      </w:r>
      <w:r w:rsidRPr="007A3B8E">
        <w:rPr>
          <w:rFonts w:ascii="Courier New" w:hAnsi="Courier New" w:cs="Courier New"/>
        </w:rPr>
        <w:br/>
        <w:t xml:space="preserve">    return f"{random.choice(subjects)} {random.choice(verbs)} {random.choice(places)}."</w:t>
      </w:r>
      <w:r w:rsidRPr="007A3B8E">
        <w:rPr>
          <w:rFonts w:ascii="Courier New" w:hAnsi="Courier New" w:cs="Courier New"/>
        </w:rPr>
        <w:br/>
      </w:r>
      <w:r w:rsidRPr="007A3B8E">
        <w:rPr>
          <w:rFonts w:ascii="Courier New" w:hAnsi="Courier New" w:cs="Courier New"/>
        </w:rPr>
        <w:br/>
        <w:t>print(generate_sentence())</w:t>
      </w:r>
      <w:r>
        <w:br/>
      </w:r>
      <w:r>
        <w:br/>
        <w:t>Teacher Notes:</w:t>
      </w:r>
      <w:r>
        <w:br/>
        <w:t>- Introduces randomness and creativity</w:t>
      </w:r>
      <w:r>
        <w:br/>
      </w:r>
    </w:p>
    <w:sectPr w:rsidR="00FC32C0" w:rsidSect="00713D14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257299">
    <w:abstractNumId w:val="8"/>
  </w:num>
  <w:num w:numId="2" w16cid:durableId="748965505">
    <w:abstractNumId w:val="6"/>
  </w:num>
  <w:num w:numId="3" w16cid:durableId="535002203">
    <w:abstractNumId w:val="5"/>
  </w:num>
  <w:num w:numId="4" w16cid:durableId="1510563019">
    <w:abstractNumId w:val="4"/>
  </w:num>
  <w:num w:numId="5" w16cid:durableId="1256208902">
    <w:abstractNumId w:val="7"/>
  </w:num>
  <w:num w:numId="6" w16cid:durableId="1871913945">
    <w:abstractNumId w:val="3"/>
  </w:num>
  <w:num w:numId="7" w16cid:durableId="1302690836">
    <w:abstractNumId w:val="2"/>
  </w:num>
  <w:num w:numId="8" w16cid:durableId="1036350567">
    <w:abstractNumId w:val="1"/>
  </w:num>
  <w:num w:numId="9" w16cid:durableId="81024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00D9"/>
    <w:rsid w:val="00326F90"/>
    <w:rsid w:val="00713D14"/>
    <w:rsid w:val="007160C3"/>
    <w:rsid w:val="007A3B8E"/>
    <w:rsid w:val="00AA1D8D"/>
    <w:rsid w:val="00B47730"/>
    <w:rsid w:val="00CB0664"/>
    <w:rsid w:val="00F82B91"/>
    <w:rsid w:val="00FC32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1D28C"/>
  <w14:defaultImageDpi w14:val="300"/>
  <w15:docId w15:val="{2A4B2C93-780E-47D9-8C82-1645871F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713D14"/>
    <w:rPr>
      <w:rFonts w:ascii="Courier New" w:eastAsiaTheme="majorEastAsia" w:hAnsi="Courier New" w:cs="Courier New"/>
      <w:spacing w:val="5"/>
      <w:szCs w:val="52"/>
    </w:rPr>
  </w:style>
  <w:style w:type="character" w:customStyle="1" w:styleId="CodeChar">
    <w:name w:val="Code Char"/>
    <w:basedOn w:val="TitleChar"/>
    <w:link w:val="Code"/>
    <w:rsid w:val="00713D14"/>
    <w:rPr>
      <w:rFonts w:ascii="Courier New" w:eastAsiaTheme="majorEastAsia" w:hAnsi="Courier New" w:cs="Courier New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619</Words>
  <Characters>3791</Characters>
  <Application>Microsoft Office Word</Application>
  <DocSecurity>0</DocSecurity>
  <Lines>252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4</cp:revision>
  <cp:lastPrinted>2026-02-24T11:34:00Z</cp:lastPrinted>
  <dcterms:created xsi:type="dcterms:W3CDTF">2026-02-23T11:50:00Z</dcterms:created>
  <dcterms:modified xsi:type="dcterms:W3CDTF">2026-02-24T11:34:00Z</dcterms:modified>
  <cp:category/>
</cp:coreProperties>
</file>