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D6DC4" w14:textId="4FA44A2F" w:rsidR="0043640B" w:rsidRDefault="00FA5219">
      <w:pPr>
        <w:jc w:val="center"/>
        <w:rPr>
          <w:b/>
          <w:sz w:val="32"/>
        </w:rPr>
      </w:pPr>
      <w:r>
        <w:rPr>
          <w:b/>
          <w:sz w:val="32"/>
        </w:rPr>
        <w:t>Level 2 Python Extension Challenges</w:t>
      </w:r>
      <w:r w:rsidR="001608C4">
        <w:rPr>
          <w:b/>
          <w:sz w:val="32"/>
        </w:rPr>
        <w:t xml:space="preserve"> </w:t>
      </w:r>
      <w:r>
        <w:rPr>
          <w:b/>
          <w:sz w:val="32"/>
        </w:rPr>
        <w:t>Command Line Programming</w:t>
      </w:r>
    </w:p>
    <w:p w14:paraId="6193AEE1" w14:textId="75C9149B" w:rsidR="001608C4" w:rsidRDefault="001608C4" w:rsidP="001608C4">
      <w:r>
        <w:t xml:space="preserve">Use the </w:t>
      </w:r>
      <w:proofErr w:type="spellStart"/>
      <w:r w:rsidRPr="001608C4">
        <w:t>Programiz</w:t>
      </w:r>
      <w:proofErr w:type="spellEnd"/>
      <w:r w:rsidRPr="001608C4">
        <w:t xml:space="preserve"> Platform</w:t>
      </w:r>
      <w:r>
        <w:t xml:space="preserve">. When you have completed a challenge, screenshot the code and output from </w:t>
      </w:r>
      <w:hyperlink r:id="rId6" w:history="1">
        <w:r w:rsidR="008E144F" w:rsidRPr="00A86EFA">
          <w:rPr>
            <w:rStyle w:val="Hyperlink"/>
          </w:rPr>
          <w:t>https://python.toolsforteaching.co.uk</w:t>
        </w:r>
      </w:hyperlink>
      <w:r w:rsidR="008E144F">
        <w:t xml:space="preserve"> </w:t>
      </w:r>
      <w:r>
        <w:t>and paste into your OneNote</w:t>
      </w:r>
    </w:p>
    <w:p w14:paraId="6DE8814C" w14:textId="77777777" w:rsidR="0043640B" w:rsidRDefault="00FA5219">
      <w:r>
        <w:rPr>
          <w:b/>
          <w:sz w:val="24"/>
        </w:rPr>
        <w:t>1</w:t>
      </w:r>
      <w:proofErr w:type="gramStart"/>
      <w:r>
        <w:rPr>
          <w:b/>
          <w:sz w:val="24"/>
        </w:rPr>
        <w:t>. Number</w:t>
      </w:r>
      <w:proofErr w:type="gramEnd"/>
      <w:r>
        <w:rPr>
          <w:b/>
          <w:sz w:val="24"/>
        </w:rPr>
        <w:t xml:space="preserve"> Pattern Generator</w:t>
      </w:r>
    </w:p>
    <w:p w14:paraId="0BB52B50" w14:textId="77777777" w:rsidR="0043640B" w:rsidRDefault="00FA5219">
      <w:pPr>
        <w:ind w:left="360"/>
      </w:pPr>
      <w:r>
        <w:t xml:space="preserve">Create a function </w:t>
      </w:r>
      <w:r w:rsidRPr="001608C4">
        <w:rPr>
          <w:rFonts w:ascii="Courier New" w:hAnsi="Courier New" w:cs="Courier New"/>
        </w:rPr>
        <w:t>print_triangle(size)</w:t>
      </w:r>
      <w:r>
        <w:t>. Print a number triangle using loops.</w:t>
      </w:r>
    </w:p>
    <w:p w14:paraId="3010759C" w14:textId="6F404D8F" w:rsidR="0043640B" w:rsidRDefault="001608C4">
      <w:r w:rsidRPr="001608C4">
        <w:rPr>
          <w:noProof/>
        </w:rPr>
        <w:drawing>
          <wp:inline distT="0" distB="0" distL="0" distR="0" wp14:anchorId="10EC5805" wp14:editId="2FD97AA8">
            <wp:extent cx="3314618" cy="3286125"/>
            <wp:effectExtent l="0" t="0" r="635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DBEC84AF-FB52-579E-BE44-B49F30FF849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DBEC84AF-FB52-579E-BE44-B49F30FF849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20032" cy="3291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CB36C" w14:textId="77777777" w:rsidR="0043640B" w:rsidRDefault="00FA5219">
      <w:r>
        <w:rPr>
          <w:b/>
          <w:sz w:val="24"/>
        </w:rPr>
        <w:t>2. Smart Times Table Tool</w:t>
      </w:r>
    </w:p>
    <w:p w14:paraId="04FBF03C" w14:textId="77777777" w:rsidR="0043640B" w:rsidRDefault="00FA5219">
      <w:pPr>
        <w:ind w:left="360"/>
      </w:pPr>
      <w:r>
        <w:t xml:space="preserve">Ask for a number and maximum multiplier. Use a function </w:t>
      </w:r>
      <w:r w:rsidRPr="001608C4">
        <w:rPr>
          <w:rFonts w:ascii="Courier New" w:hAnsi="Courier New" w:cs="Courier New"/>
        </w:rPr>
        <w:t>times_table(num, limit)</w:t>
      </w:r>
      <w:r>
        <w:t>. Print results using a loop. Extension: count how many answers are even.</w:t>
      </w:r>
    </w:p>
    <w:p w14:paraId="6DE7906B" w14:textId="4543508E" w:rsidR="001608C4" w:rsidRPr="001608C4" w:rsidRDefault="001608C4">
      <w:r w:rsidRPr="001608C4">
        <w:rPr>
          <w:noProof/>
        </w:rPr>
        <w:drawing>
          <wp:inline distT="0" distB="0" distL="0" distR="0" wp14:anchorId="6999E04C" wp14:editId="140FC41F">
            <wp:extent cx="4048125" cy="1475223"/>
            <wp:effectExtent l="0" t="0" r="0" b="0"/>
            <wp:docPr id="1908191234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A5BBBABB-B73D-39BD-F12F-1C2DAEC1EC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A5BBBABB-B73D-39BD-F12F-1C2DAEC1EC3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85963" cy="1489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9F3E0" w14:textId="260EE6AE" w:rsidR="0043640B" w:rsidRDefault="00FA5219">
      <w:r>
        <w:rPr>
          <w:b/>
          <w:sz w:val="24"/>
        </w:rPr>
        <w:t>3. Password Strength Checker</w:t>
      </w:r>
    </w:p>
    <w:p w14:paraId="7040F9C8" w14:textId="77777777" w:rsidR="001608C4" w:rsidRDefault="00FA5219">
      <w:pPr>
        <w:ind w:left="360"/>
      </w:pPr>
      <w:r>
        <w:t xml:space="preserve">Write a function </w:t>
      </w:r>
      <w:r w:rsidRPr="001608C4">
        <w:rPr>
          <w:rFonts w:ascii="Courier New" w:hAnsi="Courier New" w:cs="Courier New"/>
        </w:rPr>
        <w:t>check_password(pw)</w:t>
      </w:r>
      <w:r>
        <w:t xml:space="preserve">. </w:t>
      </w:r>
    </w:p>
    <w:p w14:paraId="384AD285" w14:textId="77777777" w:rsidR="001608C4" w:rsidRDefault="00FA5219">
      <w:pPr>
        <w:ind w:left="360"/>
      </w:pPr>
      <w:r>
        <w:t xml:space="preserve">Weak: length &lt; 6. </w:t>
      </w:r>
    </w:p>
    <w:p w14:paraId="70F8BFC3" w14:textId="77777777" w:rsidR="001608C4" w:rsidRDefault="00FA5219">
      <w:pPr>
        <w:ind w:left="360"/>
      </w:pPr>
      <w:r>
        <w:t xml:space="preserve">Medium: length &gt;= 6. </w:t>
      </w:r>
    </w:p>
    <w:p w14:paraId="14EA5DD1" w14:textId="77777777" w:rsidR="001608C4" w:rsidRDefault="00FA5219">
      <w:pPr>
        <w:ind w:left="360"/>
      </w:pPr>
      <w:r>
        <w:t xml:space="preserve">Strong: length &gt;= 10 AND contains a digit. </w:t>
      </w:r>
    </w:p>
    <w:p w14:paraId="3EBD95BE" w14:textId="11E18CFC" w:rsidR="0043640B" w:rsidRDefault="00FA5219">
      <w:pPr>
        <w:ind w:left="360"/>
      </w:pPr>
      <w:r>
        <w:t>Extension: check it includes a symbol.</w:t>
      </w:r>
    </w:p>
    <w:p w14:paraId="62710579" w14:textId="77777777" w:rsidR="0043640B" w:rsidRDefault="00FA5219">
      <w:r>
        <w:rPr>
          <w:b/>
          <w:sz w:val="24"/>
        </w:rPr>
        <w:lastRenderedPageBreak/>
        <w:t>4. Guess-the-Number Game</w:t>
      </w:r>
    </w:p>
    <w:p w14:paraId="24EBE4ED" w14:textId="77777777" w:rsidR="0043640B" w:rsidRDefault="00FA5219">
      <w:pPr>
        <w:ind w:left="360"/>
      </w:pPr>
      <w:r>
        <w:t xml:space="preserve">Store a secret number in a variable. Use a while loop for guesses. Show number of attempts. Extension: </w:t>
      </w:r>
      <w:r w:rsidRPr="001608C4">
        <w:rPr>
          <w:rFonts w:ascii="Courier New" w:hAnsi="Courier New" w:cs="Courier New"/>
        </w:rPr>
        <w:t>function get_hint(secret, guess).</w:t>
      </w:r>
    </w:p>
    <w:p w14:paraId="1A0B7A10" w14:textId="77777777" w:rsidR="0043640B" w:rsidRDefault="0043640B"/>
    <w:p w14:paraId="455685BD" w14:textId="77777777" w:rsidR="0043640B" w:rsidRDefault="00FA5219">
      <w:r>
        <w:rPr>
          <w:b/>
          <w:sz w:val="24"/>
        </w:rPr>
        <w:t>5. Mini Banking Simulator</w:t>
      </w:r>
    </w:p>
    <w:p w14:paraId="16C748B6" w14:textId="77777777" w:rsidR="001608C4" w:rsidRDefault="00FA5219">
      <w:pPr>
        <w:ind w:left="360"/>
      </w:pPr>
      <w:r>
        <w:t xml:space="preserve">Start with balance = 100. Create </w:t>
      </w:r>
      <w:proofErr w:type="gramStart"/>
      <w:r w:rsidRPr="001608C4">
        <w:rPr>
          <w:rFonts w:ascii="Courier New" w:hAnsi="Courier New" w:cs="Courier New"/>
        </w:rPr>
        <w:t>deposit(</w:t>
      </w:r>
      <w:proofErr w:type="gramEnd"/>
      <w:r w:rsidRPr="001608C4">
        <w:rPr>
          <w:rFonts w:ascii="Courier New" w:hAnsi="Courier New" w:cs="Courier New"/>
        </w:rPr>
        <w:t>)</w:t>
      </w:r>
      <w:r>
        <w:t xml:space="preserve"> and </w:t>
      </w:r>
      <w:proofErr w:type="gramStart"/>
      <w:r w:rsidRPr="001608C4">
        <w:rPr>
          <w:rFonts w:ascii="Courier New" w:hAnsi="Courier New" w:cs="Courier New"/>
        </w:rPr>
        <w:t>withdraw(</w:t>
      </w:r>
      <w:proofErr w:type="gramEnd"/>
      <w:r w:rsidRPr="001608C4">
        <w:rPr>
          <w:rFonts w:ascii="Courier New" w:hAnsi="Courier New" w:cs="Courier New"/>
        </w:rPr>
        <w:t>)</w:t>
      </w:r>
      <w:r>
        <w:t xml:space="preserve"> functions. </w:t>
      </w:r>
    </w:p>
    <w:p w14:paraId="235579E8" w14:textId="3273927B" w:rsidR="0043640B" w:rsidRDefault="00FA5219">
      <w:pPr>
        <w:ind w:left="360"/>
      </w:pPr>
      <w:r>
        <w:t>Build a menu using a while loop. Return updated balance each time.</w:t>
      </w:r>
    </w:p>
    <w:p w14:paraId="05AC4493" w14:textId="77777777" w:rsidR="001608C4" w:rsidRDefault="001608C4"/>
    <w:p w14:paraId="157E9900" w14:textId="77777777" w:rsidR="0043640B" w:rsidRDefault="00FA5219">
      <w:r>
        <w:rPr>
          <w:b/>
          <w:sz w:val="24"/>
        </w:rPr>
        <w:t>6. Temperature Logger</w:t>
      </w:r>
    </w:p>
    <w:p w14:paraId="34C04255" w14:textId="77777777" w:rsidR="0043640B" w:rsidRDefault="00FA5219">
      <w:pPr>
        <w:ind w:left="360"/>
      </w:pPr>
      <w:r>
        <w:t>Enter temperatures until user types 'stop'. Store values in a list. Calculate highest, lowest and average. Use separate functions.</w:t>
      </w:r>
    </w:p>
    <w:p w14:paraId="2B33940B" w14:textId="77777777" w:rsidR="0043640B" w:rsidRDefault="0043640B"/>
    <w:p w14:paraId="74C337B2" w14:textId="77777777" w:rsidR="0043640B" w:rsidRDefault="00FA5219">
      <w:r>
        <w:rPr>
          <w:b/>
          <w:sz w:val="24"/>
        </w:rPr>
        <w:t>7. FizzBuzz with Functions</w:t>
      </w:r>
    </w:p>
    <w:p w14:paraId="003C8F5E" w14:textId="77777777" w:rsidR="0043640B" w:rsidRDefault="00FA5219">
      <w:pPr>
        <w:ind w:left="360"/>
      </w:pPr>
      <w:r>
        <w:t xml:space="preserve">Create </w:t>
      </w:r>
      <w:r w:rsidRPr="001608C4">
        <w:rPr>
          <w:rFonts w:ascii="Courier New" w:hAnsi="Courier New" w:cs="Courier New"/>
        </w:rPr>
        <w:t>fizzbuzz(n)</w:t>
      </w:r>
      <w:r>
        <w:t>. Loop from 1 to user input.</w:t>
      </w:r>
    </w:p>
    <w:p w14:paraId="7ED87A72" w14:textId="5AFD72DD" w:rsidR="0043640B" w:rsidRDefault="001608C4">
      <w:r w:rsidRPr="001608C4">
        <w:rPr>
          <w:noProof/>
        </w:rPr>
        <w:drawing>
          <wp:inline distT="0" distB="0" distL="0" distR="0" wp14:anchorId="482C7455" wp14:editId="6DF4073B">
            <wp:extent cx="3429000" cy="2447869"/>
            <wp:effectExtent l="0" t="0" r="0" b="0"/>
            <wp:docPr id="895575209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7BADD035-8090-44F7-34D6-7233BFE1FD4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7BADD035-8090-44F7-34D6-7233BFE1FD4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40250" cy="24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E5A21" w14:textId="77777777" w:rsidR="0043640B" w:rsidRDefault="00FA5219">
      <w:r>
        <w:rPr>
          <w:b/>
          <w:sz w:val="24"/>
        </w:rPr>
        <w:t>8. Command-Line Quiz Engine</w:t>
      </w:r>
    </w:p>
    <w:p w14:paraId="5A34816C" w14:textId="77777777" w:rsidR="0043640B" w:rsidRDefault="00FA5219">
      <w:pPr>
        <w:ind w:left="360"/>
      </w:pPr>
      <w:r>
        <w:t xml:space="preserve">Hard-code quiz questions. Use </w:t>
      </w:r>
      <w:r w:rsidRPr="001608C4">
        <w:rPr>
          <w:rFonts w:ascii="Courier New" w:hAnsi="Courier New" w:cs="Courier New"/>
        </w:rPr>
        <w:t>ask_question(question, correct_answer)</w:t>
      </w:r>
      <w:r>
        <w:t>. Keep score and display final percentage. Extension: Store questions in an array.</w:t>
      </w:r>
    </w:p>
    <w:p w14:paraId="2677B67D" w14:textId="77777777" w:rsidR="0043640B" w:rsidRDefault="0043640B"/>
    <w:p w14:paraId="59A0ADC7" w14:textId="77777777" w:rsidR="0043640B" w:rsidRDefault="00FA5219">
      <w:r>
        <w:rPr>
          <w:b/>
          <w:sz w:val="24"/>
        </w:rPr>
        <w:t>9. Text Statistics Tool</w:t>
      </w:r>
    </w:p>
    <w:p w14:paraId="0437995E" w14:textId="77777777" w:rsidR="0043640B" w:rsidRDefault="00FA5219">
      <w:pPr>
        <w:ind w:left="360"/>
      </w:pPr>
      <w:r>
        <w:t xml:space="preserve">User enters a sentence. Count characters, words and vowels. Use functions </w:t>
      </w:r>
      <w:r w:rsidRPr="001608C4">
        <w:rPr>
          <w:rFonts w:ascii="Courier New" w:hAnsi="Courier New" w:cs="Courier New"/>
        </w:rPr>
        <w:t>count_words()</w:t>
      </w:r>
      <w:r>
        <w:t xml:space="preserve"> and </w:t>
      </w:r>
      <w:r w:rsidRPr="001608C4">
        <w:rPr>
          <w:rFonts w:ascii="Courier New" w:hAnsi="Courier New" w:cs="Courier New"/>
        </w:rPr>
        <w:t>count_vowels().</w:t>
      </w:r>
    </w:p>
    <w:p w14:paraId="4B1BD33C" w14:textId="77777777" w:rsidR="0043640B" w:rsidRDefault="0043640B"/>
    <w:p w14:paraId="05837DF7" w14:textId="77777777" w:rsidR="0043640B" w:rsidRDefault="00FA5219">
      <w:r>
        <w:rPr>
          <w:b/>
          <w:sz w:val="24"/>
        </w:rPr>
        <w:lastRenderedPageBreak/>
        <w:t>10. Random Story Generator</w:t>
      </w:r>
    </w:p>
    <w:p w14:paraId="2084260E" w14:textId="77777777" w:rsidR="0043640B" w:rsidRDefault="00FA5219">
      <w:pPr>
        <w:ind w:left="360"/>
      </w:pPr>
      <w:r>
        <w:t xml:space="preserve">Create lists of subjects, verbs and places. Function </w:t>
      </w:r>
      <w:r w:rsidRPr="001608C4">
        <w:rPr>
          <w:rFonts w:ascii="Courier New" w:hAnsi="Courier New" w:cs="Courier New"/>
        </w:rPr>
        <w:t>generate_sentence()</w:t>
      </w:r>
      <w:r>
        <w:t>. Output a random funny sentence. Now extend the lists!</w:t>
      </w:r>
    </w:p>
    <w:p w14:paraId="73498BBF" w14:textId="51816846" w:rsidR="0043640B" w:rsidRDefault="001608C4">
      <w:r w:rsidRPr="001608C4">
        <w:rPr>
          <w:noProof/>
        </w:rPr>
        <w:drawing>
          <wp:inline distT="0" distB="0" distL="0" distR="0" wp14:anchorId="6C8A37B1" wp14:editId="17B086F1">
            <wp:extent cx="3781425" cy="1941538"/>
            <wp:effectExtent l="0" t="0" r="0" b="1905"/>
            <wp:docPr id="1561197246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1DA334FC-AA22-A2B1-956F-6BE9AAFD45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1DA334FC-AA22-A2B1-956F-6BE9AAFD458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98996" cy="195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640B" w:rsidSect="001608C4">
      <w:pgSz w:w="12240" w:h="15840"/>
      <w:pgMar w:top="567" w:right="850" w:bottom="709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8468496">
    <w:abstractNumId w:val="8"/>
  </w:num>
  <w:num w:numId="2" w16cid:durableId="456801505">
    <w:abstractNumId w:val="6"/>
  </w:num>
  <w:num w:numId="3" w16cid:durableId="1233010174">
    <w:abstractNumId w:val="5"/>
  </w:num>
  <w:num w:numId="4" w16cid:durableId="2002734990">
    <w:abstractNumId w:val="4"/>
  </w:num>
  <w:num w:numId="5" w16cid:durableId="265965902">
    <w:abstractNumId w:val="7"/>
  </w:num>
  <w:num w:numId="6" w16cid:durableId="708840953">
    <w:abstractNumId w:val="3"/>
  </w:num>
  <w:num w:numId="7" w16cid:durableId="299310775">
    <w:abstractNumId w:val="2"/>
  </w:num>
  <w:num w:numId="8" w16cid:durableId="575896307">
    <w:abstractNumId w:val="1"/>
  </w:num>
  <w:num w:numId="9" w16cid:durableId="1459253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8C4"/>
    <w:rsid w:val="0029639D"/>
    <w:rsid w:val="00326F90"/>
    <w:rsid w:val="00423305"/>
    <w:rsid w:val="0043640B"/>
    <w:rsid w:val="00501BCD"/>
    <w:rsid w:val="008E144F"/>
    <w:rsid w:val="00AA1D8D"/>
    <w:rsid w:val="00B47730"/>
    <w:rsid w:val="00CB0664"/>
    <w:rsid w:val="00FA521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0AC1FC"/>
  <w14:defaultImageDpi w14:val="300"/>
  <w15:docId w15:val="{455C4ACF-3F80-411A-A373-15132563B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rebuchet MS" w:hAnsi="Trebuchet M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rebuchet MS" w:hAnsi="Trebuchet MS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rebuchet MS" w:eastAsiaTheme="majorEastAsia" w:hAnsi="Trebuchet MS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rebuchet MS" w:eastAsiaTheme="majorEastAsia" w:hAnsi="Trebuchet MS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rebuchet MS" w:eastAsiaTheme="majorEastAsia" w:hAnsi="Trebuchet MS" w:cstheme="majorBidi"/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rebuchet MS" w:eastAsiaTheme="majorEastAsia" w:hAnsi="Trebuchet MS" w:cstheme="majorBidi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rebuchet MS" w:eastAsiaTheme="majorEastAsia" w:hAnsi="Trebuchet MS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">
    <w:name w:val="Code"/>
    <w:basedOn w:val="Normal"/>
    <w:link w:val="CodeChar"/>
    <w:rsid w:val="001608C4"/>
    <w:pPr>
      <w:jc w:val="center"/>
    </w:pPr>
    <w:rPr>
      <w:rFonts w:ascii="Courier New" w:hAnsi="Courier New" w:cs="Courier New"/>
    </w:rPr>
  </w:style>
  <w:style w:type="character" w:customStyle="1" w:styleId="CodeChar">
    <w:name w:val="Code Char"/>
    <w:basedOn w:val="DefaultParagraphFont"/>
    <w:link w:val="Code"/>
    <w:rsid w:val="001608C4"/>
    <w:rPr>
      <w:rFonts w:ascii="Courier New" w:hAnsi="Courier New" w:cs="Courier New"/>
    </w:rPr>
  </w:style>
  <w:style w:type="character" w:styleId="Hyperlink">
    <w:name w:val="Hyperlink"/>
    <w:basedOn w:val="DefaultParagraphFont"/>
    <w:uiPriority w:val="99"/>
    <w:unhideWhenUsed/>
    <w:rsid w:val="008E144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14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ython.toolsforteaching.co.uk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 Rundell</cp:lastModifiedBy>
  <cp:revision>3</cp:revision>
  <dcterms:created xsi:type="dcterms:W3CDTF">2026-02-07T14:09:00Z</dcterms:created>
  <dcterms:modified xsi:type="dcterms:W3CDTF">2026-07-23T12:26:00Z</dcterms:modified>
  <cp:category/>
</cp:coreProperties>
</file>