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9200E" w14:textId="77777777" w:rsidR="00AE1BF2" w:rsidRDefault="00000000">
      <w:pPr>
        <w:pStyle w:val="Heading1"/>
      </w:pPr>
      <w:r>
        <w:t>Spot the Error – Syntax Practice Worksheet</w:t>
      </w:r>
    </w:p>
    <w:p w14:paraId="6FAF93AC" w14:textId="663E08F7" w:rsidR="00AE1BF2" w:rsidRDefault="00000000">
      <w:r>
        <w:t xml:space="preserve">Each Python snippet contains one or more syntax errors. Identify and correct them below. Test your fixed code </w:t>
      </w:r>
      <w:r w:rsidR="00514B79">
        <w:t>at</w:t>
      </w:r>
      <w:r>
        <w:t xml:space="preserve"> </w:t>
      </w:r>
      <w:hyperlink r:id="rId6" w:history="1">
        <w:r w:rsidR="00514B79" w:rsidRPr="00A86EFA">
          <w:rPr>
            <w:rStyle w:val="Hyperlink"/>
          </w:rPr>
          <w:t>https://python.toolsforteaching.co.uk</w:t>
        </w:r>
      </w:hyperlink>
      <w:r w:rsidR="00514B79">
        <w:t xml:space="preserve"> </w:t>
      </w:r>
    </w:p>
    <w:p w14:paraId="3DC11E7A" w14:textId="77777777" w:rsidR="00AE1BF2" w:rsidRDefault="00000000">
      <w:pPr>
        <w:pStyle w:val="Heading2"/>
      </w:pPr>
      <w:r>
        <w:t>1. Missing Colon</w:t>
      </w:r>
    </w:p>
    <w:p w14:paraId="34BB04DD" w14:textId="77777777" w:rsidR="00AE1BF2" w:rsidRPr="004B66EB" w:rsidRDefault="00000000">
      <w:pPr>
        <w:rPr>
          <w:rFonts w:ascii="Courier New" w:hAnsi="Courier New" w:cs="Courier New"/>
        </w:rPr>
      </w:pPr>
      <w:r w:rsidRPr="004B66EB">
        <w:rPr>
          <w:rFonts w:ascii="Courier New" w:hAnsi="Courier New" w:cs="Courier New"/>
        </w:rPr>
        <w:t>def greet()</w:t>
      </w:r>
      <w:r w:rsidRPr="004B66EB">
        <w:rPr>
          <w:rFonts w:ascii="Courier New" w:hAnsi="Courier New" w:cs="Courier New"/>
        </w:rPr>
        <w:br/>
        <w:t xml:space="preserve">    print('Hello, world!')</w:t>
      </w:r>
    </w:p>
    <w:p w14:paraId="05B66443" w14:textId="77777777" w:rsidR="00AE1BF2" w:rsidRDefault="00000000">
      <w:r>
        <w:t>Your Correction:</w:t>
      </w:r>
      <w:r>
        <w:br/>
        <w:t>________________________________________________________________________________</w:t>
      </w:r>
      <w:r>
        <w:br/>
      </w:r>
    </w:p>
    <w:p w14:paraId="413106E0" w14:textId="77777777" w:rsidR="00AE1BF2" w:rsidRDefault="00000000">
      <w:pPr>
        <w:pStyle w:val="Heading2"/>
      </w:pPr>
      <w:r>
        <w:t>2. Mismatched Quotes</w:t>
      </w:r>
    </w:p>
    <w:p w14:paraId="10E1A37B" w14:textId="77777777" w:rsidR="00AE1BF2" w:rsidRPr="004B66EB" w:rsidRDefault="00000000">
      <w:pPr>
        <w:rPr>
          <w:rFonts w:ascii="Courier New" w:hAnsi="Courier New" w:cs="Courier New"/>
        </w:rPr>
      </w:pPr>
      <w:r w:rsidRPr="004B66EB">
        <w:rPr>
          <w:rFonts w:ascii="Courier New" w:hAnsi="Courier New" w:cs="Courier New"/>
        </w:rPr>
        <w:t>print('Python is fun!)</w:t>
      </w:r>
    </w:p>
    <w:p w14:paraId="3B4972EF" w14:textId="77777777" w:rsidR="00AE1BF2" w:rsidRDefault="00000000">
      <w:r>
        <w:t>Your Correction:</w:t>
      </w:r>
      <w:r>
        <w:br/>
        <w:t>________________________________________________________________________________</w:t>
      </w:r>
      <w:r>
        <w:br/>
      </w:r>
    </w:p>
    <w:p w14:paraId="0BCB1F15" w14:textId="77777777" w:rsidR="00AE1BF2" w:rsidRDefault="00000000">
      <w:pPr>
        <w:pStyle w:val="Heading2"/>
      </w:pPr>
      <w:r>
        <w:t>3. Indentation Error</w:t>
      </w:r>
    </w:p>
    <w:p w14:paraId="0A741D75" w14:textId="77777777" w:rsidR="00AE1BF2" w:rsidRPr="004B66EB" w:rsidRDefault="00000000">
      <w:pPr>
        <w:rPr>
          <w:rFonts w:ascii="Courier New" w:hAnsi="Courier New" w:cs="Courier New"/>
        </w:rPr>
      </w:pPr>
      <w:r w:rsidRPr="004B66EB">
        <w:rPr>
          <w:rFonts w:ascii="Courier New" w:hAnsi="Courier New" w:cs="Courier New"/>
        </w:rPr>
        <w:t>def add(a, b):</w:t>
      </w:r>
      <w:r w:rsidRPr="004B66EB">
        <w:rPr>
          <w:rFonts w:ascii="Courier New" w:hAnsi="Courier New" w:cs="Courier New"/>
        </w:rPr>
        <w:br/>
        <w:t>result = a + b</w:t>
      </w:r>
      <w:r w:rsidRPr="004B66EB">
        <w:rPr>
          <w:rFonts w:ascii="Courier New" w:hAnsi="Courier New" w:cs="Courier New"/>
        </w:rPr>
        <w:br/>
        <w:t>print(result)</w:t>
      </w:r>
    </w:p>
    <w:p w14:paraId="239AC728" w14:textId="77777777" w:rsidR="00AE1BF2" w:rsidRDefault="00000000">
      <w:r>
        <w:t>Your Correction:</w:t>
      </w:r>
      <w:r>
        <w:br/>
        <w:t>________________________________________________________________________________</w:t>
      </w:r>
      <w:r>
        <w:br/>
      </w:r>
    </w:p>
    <w:p w14:paraId="03D6FF1C" w14:textId="77777777" w:rsidR="00AE1BF2" w:rsidRDefault="00000000">
      <w:pPr>
        <w:pStyle w:val="Heading2"/>
      </w:pPr>
      <w:r>
        <w:t>4. Incorrect Case</w:t>
      </w:r>
    </w:p>
    <w:p w14:paraId="6A0583C6" w14:textId="77777777" w:rsidR="00AE1BF2" w:rsidRPr="004B66EB" w:rsidRDefault="00000000">
      <w:pPr>
        <w:rPr>
          <w:rFonts w:ascii="Courier New" w:hAnsi="Courier New" w:cs="Courier New"/>
        </w:rPr>
      </w:pPr>
      <w:r w:rsidRPr="004B66EB">
        <w:rPr>
          <w:rFonts w:ascii="Courier New" w:hAnsi="Courier New" w:cs="Courier New"/>
        </w:rPr>
        <w:t>Print('Case matters in Python')</w:t>
      </w:r>
    </w:p>
    <w:p w14:paraId="709D4261" w14:textId="77777777" w:rsidR="00AE1BF2" w:rsidRDefault="00000000">
      <w:r>
        <w:t>Your Correction:</w:t>
      </w:r>
      <w:r>
        <w:br/>
        <w:t>________________________________________________________________________________</w:t>
      </w:r>
      <w:r>
        <w:br/>
      </w:r>
    </w:p>
    <w:p w14:paraId="5C088251" w14:textId="77777777" w:rsidR="00AE1BF2" w:rsidRDefault="00000000">
      <w:pPr>
        <w:pStyle w:val="Heading2"/>
      </w:pPr>
      <w:r>
        <w:t>5. Unclosed Parenthesis</w:t>
      </w:r>
    </w:p>
    <w:p w14:paraId="4D7C39A9" w14:textId="77777777" w:rsidR="00AE1BF2" w:rsidRPr="004B66EB" w:rsidRDefault="00000000">
      <w:pPr>
        <w:rPr>
          <w:rFonts w:ascii="Courier New" w:hAnsi="Courier New" w:cs="Courier New"/>
        </w:rPr>
      </w:pPr>
      <w:r w:rsidRPr="004B66EB">
        <w:rPr>
          <w:rFonts w:ascii="Courier New" w:hAnsi="Courier New" w:cs="Courier New"/>
        </w:rPr>
        <w:t>for i in range(5:</w:t>
      </w:r>
      <w:r w:rsidRPr="004B66EB">
        <w:rPr>
          <w:rFonts w:ascii="Courier New" w:hAnsi="Courier New" w:cs="Courier New"/>
        </w:rPr>
        <w:br/>
        <w:t xml:space="preserve">    print(i)</w:t>
      </w:r>
    </w:p>
    <w:p w14:paraId="31BCF93D" w14:textId="77777777" w:rsidR="00AE1BF2" w:rsidRDefault="00000000">
      <w:r>
        <w:t>Your Correction:</w:t>
      </w:r>
      <w:r>
        <w:br/>
        <w:t>________________________________________________________________________________</w:t>
      </w:r>
      <w:r>
        <w:br/>
      </w:r>
    </w:p>
    <w:sectPr w:rsidR="00AE1BF2" w:rsidSect="00210F02"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6184025">
    <w:abstractNumId w:val="8"/>
  </w:num>
  <w:num w:numId="2" w16cid:durableId="1371029197">
    <w:abstractNumId w:val="6"/>
  </w:num>
  <w:num w:numId="3" w16cid:durableId="1377697799">
    <w:abstractNumId w:val="5"/>
  </w:num>
  <w:num w:numId="4" w16cid:durableId="1551649078">
    <w:abstractNumId w:val="4"/>
  </w:num>
  <w:num w:numId="5" w16cid:durableId="909120911">
    <w:abstractNumId w:val="7"/>
  </w:num>
  <w:num w:numId="6" w16cid:durableId="299841690">
    <w:abstractNumId w:val="3"/>
  </w:num>
  <w:num w:numId="7" w16cid:durableId="1118795781">
    <w:abstractNumId w:val="2"/>
  </w:num>
  <w:num w:numId="8" w16cid:durableId="1523786594">
    <w:abstractNumId w:val="1"/>
  </w:num>
  <w:num w:numId="9" w16cid:durableId="1092050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F02"/>
    <w:rsid w:val="0029639D"/>
    <w:rsid w:val="00310799"/>
    <w:rsid w:val="00326F90"/>
    <w:rsid w:val="00423305"/>
    <w:rsid w:val="004B66EB"/>
    <w:rsid w:val="00514B79"/>
    <w:rsid w:val="00AA1D8D"/>
    <w:rsid w:val="00AE1BF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9AB87FC-9132-45AE-8D40-C8673EA2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rebuchet MS" w:hAnsi="Trebuchet M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rebuchet MS" w:eastAsiaTheme="majorEastAsia" w:hAnsi="Trebuchet MS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rebuchet MS" w:eastAsiaTheme="majorEastAsia" w:hAnsi="Trebuchet MS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rebuchet MS" w:eastAsiaTheme="majorEastAsia" w:hAnsi="Trebuchet MS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rebuchet MS" w:eastAsiaTheme="majorEastAsia" w:hAnsi="Trebuchet MS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rebuchet MS" w:eastAsiaTheme="majorEastAsia" w:hAnsi="Trebuchet MS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basedOn w:val="Normal"/>
    <w:link w:val="CodeChar"/>
    <w:rsid w:val="00210F02"/>
    <w:rPr>
      <w:rFonts w:ascii="Courier New" w:eastAsiaTheme="majorEastAsia" w:hAnsi="Courier New" w:cs="Courier New"/>
      <w:szCs w:val="28"/>
    </w:rPr>
  </w:style>
  <w:style w:type="character" w:customStyle="1" w:styleId="CodeChar">
    <w:name w:val="Code Char"/>
    <w:basedOn w:val="Heading1Char"/>
    <w:link w:val="Code"/>
    <w:rsid w:val="00210F02"/>
    <w:rPr>
      <w:rFonts w:ascii="Courier New" w:eastAsiaTheme="majorEastAsia" w:hAnsi="Courier New" w:cs="Courier New"/>
      <w:b w:val="0"/>
      <w:bCs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14B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B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ython.toolsforteaching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Rundell</cp:lastModifiedBy>
  <cp:revision>4</cp:revision>
  <dcterms:created xsi:type="dcterms:W3CDTF">2013-12-23T23:15:00Z</dcterms:created>
  <dcterms:modified xsi:type="dcterms:W3CDTF">2026-07-23T08:42:00Z</dcterms:modified>
  <cp:category/>
</cp:coreProperties>
</file>