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0C641" w14:textId="77777777" w:rsidR="00F07577" w:rsidRDefault="00000000" w:rsidP="00C94EC9">
      <w:pPr>
        <w:pStyle w:val="Title"/>
      </w:pPr>
      <w:r>
        <w:t>Technologies That Use Code – Research Template</w:t>
      </w:r>
    </w:p>
    <w:p w14:paraId="2092AA65" w14:textId="77777777" w:rsidR="00F07577" w:rsidRDefault="00000000">
      <w:r>
        <w:t>Student Name:</w:t>
      </w:r>
    </w:p>
    <w:p w14:paraId="359FA50E" w14:textId="77777777" w:rsidR="00F07577" w:rsidRDefault="00000000">
      <w:r>
        <w:t>Chosen Technology:</w:t>
      </w:r>
    </w:p>
    <w:p w14:paraId="488BE50C" w14:textId="77777777" w:rsidR="00F07577" w:rsidRDefault="00000000">
      <w:r>
        <w:t>Date:</w:t>
      </w:r>
    </w:p>
    <w:p w14:paraId="39DEEAD5" w14:textId="77777777" w:rsidR="00F07577" w:rsidRDefault="00000000">
      <w:pPr>
        <w:pStyle w:val="Heading2"/>
      </w:pPr>
      <w:r>
        <w:t>1. What does this technology do?</w:t>
      </w:r>
    </w:p>
    <w:p w14:paraId="37E3AF51" w14:textId="77777777" w:rsidR="00F07577" w:rsidRDefault="00000000">
      <w:r>
        <w:t>Describe its main purpose and what it helps people or organisations to achieve.</w:t>
      </w:r>
    </w:p>
    <w:p w14:paraId="38F8345B" w14:textId="77777777" w:rsidR="00C94EC9" w:rsidRDefault="00C94EC9"/>
    <w:p w14:paraId="2689B417" w14:textId="77777777" w:rsidR="00C94EC9" w:rsidRDefault="00C94EC9"/>
    <w:p w14:paraId="34C98A46" w14:textId="77777777" w:rsidR="00F07577" w:rsidRDefault="00000000">
      <w:pPr>
        <w:pStyle w:val="Heading2"/>
      </w:pPr>
      <w:r>
        <w:t>2. Where is code used in this technology?</w:t>
      </w:r>
    </w:p>
    <w:p w14:paraId="32CA5CB9" w14:textId="77777777" w:rsidR="00F07577" w:rsidRDefault="00000000">
      <w:r>
        <w:t>Explain what parts rely on code – for example, sensors, apps, processors, or control systems.</w:t>
      </w:r>
    </w:p>
    <w:p w14:paraId="135B7F10" w14:textId="77777777" w:rsidR="00C94EC9" w:rsidRDefault="00C94EC9"/>
    <w:p w14:paraId="2FDD9DCB" w14:textId="77777777" w:rsidR="00C94EC9" w:rsidRDefault="00C94EC9"/>
    <w:p w14:paraId="1853EF04" w14:textId="77777777" w:rsidR="00F07577" w:rsidRDefault="00000000">
      <w:pPr>
        <w:pStyle w:val="Heading2"/>
      </w:pPr>
      <w:r>
        <w:t>3. What programming languages or types of code are commonly used?</w:t>
      </w:r>
    </w:p>
    <w:p w14:paraId="67051CB4" w14:textId="77777777" w:rsidR="00F07577" w:rsidRDefault="00000000">
      <w:r>
        <w:t>If possible, name a few examples — e.g., Python, JavaScript, C++, Java.</w:t>
      </w:r>
    </w:p>
    <w:p w14:paraId="1A9CC898" w14:textId="77777777" w:rsidR="00C94EC9" w:rsidRDefault="00C94EC9"/>
    <w:p w14:paraId="17F077F3" w14:textId="77777777" w:rsidR="00C94EC9" w:rsidRDefault="00C94EC9"/>
    <w:p w14:paraId="4A2B24B2" w14:textId="77777777" w:rsidR="00F07577" w:rsidRDefault="00000000">
      <w:pPr>
        <w:pStyle w:val="Heading2"/>
      </w:pPr>
      <w:r>
        <w:t>4. Why is coding important to this technology?</w:t>
      </w:r>
    </w:p>
    <w:p w14:paraId="742B8B71" w14:textId="77777777" w:rsidR="00F07577" w:rsidRDefault="00000000">
      <w:r>
        <w:t>What would happen if the code failed or contained an error?</w:t>
      </w:r>
    </w:p>
    <w:p w14:paraId="66CBE9AF" w14:textId="77777777" w:rsidR="00C94EC9" w:rsidRDefault="00C94EC9"/>
    <w:p w14:paraId="5F507462" w14:textId="77777777" w:rsidR="00C94EC9" w:rsidRDefault="00C94EC9"/>
    <w:p w14:paraId="45915288" w14:textId="77777777" w:rsidR="00F07577" w:rsidRDefault="00000000">
      <w:pPr>
        <w:pStyle w:val="Heading2"/>
      </w:pPr>
      <w:r>
        <w:t>5. Interesting fact or innovation</w:t>
      </w:r>
    </w:p>
    <w:p w14:paraId="7317F535" w14:textId="77777777" w:rsidR="00F07577" w:rsidRDefault="00000000">
      <w:r>
        <w:t>Share one surprising or unique thing you learned about how this technology uses code.</w:t>
      </w:r>
    </w:p>
    <w:p w14:paraId="538B4AFB" w14:textId="77777777" w:rsidR="00C94EC9" w:rsidRDefault="00C94EC9"/>
    <w:p w14:paraId="1C909DED" w14:textId="77777777" w:rsidR="00C94EC9" w:rsidRDefault="00C94EC9"/>
    <w:p w14:paraId="7926EF3B" w14:textId="77777777" w:rsidR="00F07577" w:rsidRDefault="00000000">
      <w:pPr>
        <w:pStyle w:val="Heading2"/>
      </w:pPr>
      <w:r>
        <w:t>6. References / Sources</w:t>
      </w:r>
    </w:p>
    <w:p w14:paraId="65B4A9BC" w14:textId="77777777" w:rsidR="00F07577" w:rsidRDefault="00000000">
      <w:r>
        <w:t>List any websites, videos, or other materials you used.</w:t>
      </w:r>
    </w:p>
    <w:p w14:paraId="793C4DF3" w14:textId="77777777" w:rsidR="00C94EC9" w:rsidRDefault="00C94EC9"/>
    <w:p w14:paraId="789047FB" w14:textId="77777777" w:rsidR="00C94EC9" w:rsidRDefault="00C94EC9"/>
    <w:p w14:paraId="5EE08283" w14:textId="77777777" w:rsidR="00F07577" w:rsidRDefault="00000000">
      <w:pPr>
        <w:pStyle w:val="Heading2"/>
      </w:pPr>
      <w:r>
        <w:lastRenderedPageBreak/>
        <w:t>Output</w:t>
      </w:r>
    </w:p>
    <w:p w14:paraId="65FBC709" w14:textId="77777777" w:rsidR="00F07577" w:rsidRDefault="00000000">
      <w:r>
        <w:t>Tick which you are producing today:</w:t>
      </w:r>
    </w:p>
    <w:p w14:paraId="070F903F" w14:textId="77777777" w:rsidR="00F07577" w:rsidRDefault="00000000">
      <w:r>
        <w:t>☐ Short written report (approx. 200 words)</w:t>
      </w:r>
    </w:p>
    <w:p w14:paraId="7B1D6A8B" w14:textId="77777777" w:rsidR="00F07577" w:rsidRDefault="00000000">
      <w:r>
        <w:t>☐ Two-slide presentation</w:t>
      </w:r>
    </w:p>
    <w:p w14:paraId="26099517" w14:textId="77777777" w:rsidR="00C94EC9" w:rsidRDefault="00C94EC9"/>
    <w:p w14:paraId="75679900" w14:textId="07D832D5" w:rsidR="00C94EC9" w:rsidRDefault="00C94EC9">
      <w:r>
        <w:t>Please submit both this document and your work to the Assignment.</w:t>
      </w:r>
    </w:p>
    <w:sectPr w:rsidR="00C94EC9" w:rsidSect="00C94EC9">
      <w:pgSz w:w="12240" w:h="15840"/>
      <w:pgMar w:top="709" w:right="850" w:bottom="709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5250785">
    <w:abstractNumId w:val="8"/>
  </w:num>
  <w:num w:numId="2" w16cid:durableId="1265577250">
    <w:abstractNumId w:val="6"/>
  </w:num>
  <w:num w:numId="3" w16cid:durableId="2102873182">
    <w:abstractNumId w:val="5"/>
  </w:num>
  <w:num w:numId="4" w16cid:durableId="537816035">
    <w:abstractNumId w:val="4"/>
  </w:num>
  <w:num w:numId="5" w16cid:durableId="946961485">
    <w:abstractNumId w:val="7"/>
  </w:num>
  <w:num w:numId="6" w16cid:durableId="581254450">
    <w:abstractNumId w:val="3"/>
  </w:num>
  <w:num w:numId="7" w16cid:durableId="1885826828">
    <w:abstractNumId w:val="2"/>
  </w:num>
  <w:num w:numId="8" w16cid:durableId="2134015299">
    <w:abstractNumId w:val="1"/>
  </w:num>
  <w:num w:numId="9" w16cid:durableId="483669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5B65"/>
    <w:rsid w:val="0015074B"/>
    <w:rsid w:val="0029639D"/>
    <w:rsid w:val="00326F90"/>
    <w:rsid w:val="00AA1D8D"/>
    <w:rsid w:val="00B47730"/>
    <w:rsid w:val="00C94EC9"/>
    <w:rsid w:val="00CB0664"/>
    <w:rsid w:val="00F0757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49EE53"/>
  <w14:defaultImageDpi w14:val="300"/>
  <w15:docId w15:val="{70D18E7D-9DDE-4B28-BAE6-3053666DF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rebuchet MS" w:hAnsi="Trebuchet M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rebuchet MS" w:hAnsi="Trebuchet MS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rebuchet MS" w:eastAsiaTheme="majorEastAsia" w:hAnsi="Trebuchet MS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rebuchet MS" w:eastAsiaTheme="majorEastAsia" w:hAnsi="Trebuchet MS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rebuchet MS" w:eastAsiaTheme="majorEastAsia" w:hAnsi="Trebuchet MS" w:cstheme="majorBidi"/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rebuchet MS" w:eastAsiaTheme="majorEastAsia" w:hAnsi="Trebuchet MS" w:cstheme="majorBidi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rebuchet MS" w:eastAsiaTheme="majorEastAsia" w:hAnsi="Trebuchet MS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">
    <w:name w:val="Code"/>
    <w:basedOn w:val="Normal"/>
    <w:link w:val="CodeChar"/>
    <w:rsid w:val="00C94EC9"/>
    <w:rPr>
      <w:rFonts w:ascii="Courier New" w:eastAsiaTheme="majorEastAsia" w:hAnsi="Courier New" w:cs="Courier New"/>
      <w:szCs w:val="28"/>
    </w:rPr>
  </w:style>
  <w:style w:type="character" w:customStyle="1" w:styleId="CodeChar">
    <w:name w:val="Code Char"/>
    <w:basedOn w:val="Heading1Char"/>
    <w:link w:val="Code"/>
    <w:rsid w:val="00C94EC9"/>
    <w:rPr>
      <w:rFonts w:ascii="Courier New" w:eastAsiaTheme="majorEastAsia" w:hAnsi="Courier New" w:cs="Courier New"/>
      <w:b w:val="0"/>
      <w:bCs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155</Words>
  <Characters>815</Characters>
  <Application>Microsoft Office Word</Application>
  <DocSecurity>0</DocSecurity>
  <Lines>28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 Rundell</cp:lastModifiedBy>
  <cp:revision>2</cp:revision>
  <dcterms:created xsi:type="dcterms:W3CDTF">2013-12-23T23:15:00Z</dcterms:created>
  <dcterms:modified xsi:type="dcterms:W3CDTF">2025-10-28T21:33:00Z</dcterms:modified>
  <cp:category/>
</cp:coreProperties>
</file>